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2DCF3" w14:textId="77777777" w:rsidR="00A13797" w:rsidRDefault="0000526D">
      <w:pPr>
        <w:jc w:val="center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251658240" behindDoc="1" locked="0" layoutInCell="1" allowOverlap="1" wp14:anchorId="5E446FB3" wp14:editId="3B1AE6E4">
            <wp:simplePos x="0" y="0"/>
            <wp:positionH relativeFrom="margin">
              <wp:posOffset>2594610</wp:posOffset>
            </wp:positionH>
            <wp:positionV relativeFrom="paragraph">
              <wp:posOffset>-318770</wp:posOffset>
            </wp:positionV>
            <wp:extent cx="1276350" cy="988695"/>
            <wp:effectExtent l="0" t="0" r="0" b="1905"/>
            <wp:wrapNone/>
            <wp:docPr id="1993782095" name="Immagine 1" descr="Immagine che contiene testo, logo, Carattere, Marchi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Immagine che contiene testo, logo, Carattere, Marchi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711CB4" w14:textId="77777777" w:rsidR="00A13797" w:rsidRDefault="00A13797">
      <w:pPr>
        <w:pStyle w:val="Titolo1"/>
        <w:jc w:val="center"/>
        <w:rPr>
          <w:rFonts w:ascii="Times New Roman" w:hAnsi="Times New Roman" w:cs="Times New Roman"/>
          <w:color w:val="000000" w:themeColor="text1"/>
          <w:lang w:val="it-IT"/>
        </w:rPr>
      </w:pPr>
    </w:p>
    <w:p w14:paraId="23BB8384" w14:textId="1F930D47" w:rsidR="00073BD3" w:rsidRPr="00D43CE2" w:rsidRDefault="00DC0AF4" w:rsidP="00A13797">
      <w:pPr>
        <w:pStyle w:val="Titolo1"/>
        <w:spacing w:before="360"/>
        <w:jc w:val="center"/>
        <w:rPr>
          <w:rFonts w:ascii="Times New Roman" w:hAnsi="Times New Roman" w:cs="Times New Roman"/>
          <w:color w:val="000000" w:themeColor="text1"/>
          <w:lang w:val="it-IT"/>
        </w:rPr>
      </w:pPr>
      <w:r w:rsidRPr="00D43CE2">
        <w:rPr>
          <w:rFonts w:ascii="Times New Roman" w:hAnsi="Times New Roman" w:cs="Times New Roman"/>
          <w:color w:val="000000" w:themeColor="text1"/>
          <w:lang w:val="it-IT"/>
        </w:rPr>
        <w:t>PROGRAMMAZIONE DISCIPLINARE PER COMPETENZE – BIENNIO</w:t>
      </w:r>
    </w:p>
    <w:p w14:paraId="6BB122B0" w14:textId="2943C473" w:rsidR="00073BD3" w:rsidRDefault="00DC0AF4" w:rsidP="00A13797">
      <w:pPr>
        <w:spacing w:before="240" w:after="120"/>
        <w:jc w:val="center"/>
        <w:rPr>
          <w:rFonts w:ascii="Times New Roman" w:hAnsi="Times New Roman" w:cs="Times New Roman"/>
          <w:b/>
          <w:bCs/>
          <w:color w:val="000000" w:themeColor="text1"/>
          <w:lang w:val="it-IT"/>
        </w:rPr>
      </w:pPr>
      <w:r w:rsidRPr="00D43CE2">
        <w:rPr>
          <w:rFonts w:ascii="Times New Roman" w:hAnsi="Times New Roman" w:cs="Times New Roman"/>
          <w:b/>
          <w:bCs/>
          <w:color w:val="000000" w:themeColor="text1"/>
          <w:lang w:val="it-IT"/>
        </w:rPr>
        <w:t>Anno scolastico: 202</w:t>
      </w:r>
      <w:r w:rsidR="008C46FF">
        <w:rPr>
          <w:rFonts w:ascii="Times New Roman" w:hAnsi="Times New Roman" w:cs="Times New Roman"/>
          <w:b/>
          <w:bCs/>
          <w:color w:val="000000" w:themeColor="text1"/>
          <w:lang w:val="it-IT"/>
        </w:rPr>
        <w:t>6</w:t>
      </w:r>
      <w:r w:rsidRPr="00D43CE2">
        <w:rPr>
          <w:rFonts w:ascii="Times New Roman" w:hAnsi="Times New Roman" w:cs="Times New Roman"/>
          <w:b/>
          <w:bCs/>
          <w:color w:val="000000" w:themeColor="text1"/>
          <w:lang w:val="it-IT"/>
        </w:rPr>
        <w:t>–202</w:t>
      </w:r>
      <w:r w:rsidR="008C46FF">
        <w:rPr>
          <w:rFonts w:ascii="Times New Roman" w:hAnsi="Times New Roman" w:cs="Times New Roman"/>
          <w:b/>
          <w:bCs/>
          <w:color w:val="000000" w:themeColor="text1"/>
          <w:lang w:val="it-IT"/>
        </w:rPr>
        <w:t>7</w:t>
      </w:r>
    </w:p>
    <w:p w14:paraId="058C9B93" w14:textId="77777777" w:rsidR="00073BD3" w:rsidRPr="00D43CE2" w:rsidRDefault="00DC0AF4">
      <w:pPr>
        <w:pStyle w:val="Titolo2"/>
        <w:rPr>
          <w:rFonts w:ascii="Times New Roman" w:hAnsi="Times New Roman" w:cs="Times New Roman"/>
          <w:color w:val="000000" w:themeColor="text1"/>
        </w:rPr>
      </w:pPr>
      <w:r w:rsidRPr="00D43CE2">
        <w:rPr>
          <w:rFonts w:ascii="Times New Roman" w:hAnsi="Times New Roman" w:cs="Times New Roman"/>
          <w:color w:val="000000" w:themeColor="text1"/>
        </w:rPr>
        <w:t>1. DATI GENERALI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690"/>
        <w:gridCol w:w="7272"/>
      </w:tblGrid>
      <w:tr w:rsidR="00073BD3" w:rsidRPr="00D43CE2" w14:paraId="2BAB959E" w14:textId="77777777" w:rsidTr="007F4AA3">
        <w:trPr>
          <w:trHeight w:val="397"/>
        </w:trPr>
        <w:tc>
          <w:tcPr>
            <w:tcW w:w="1350" w:type="pct"/>
            <w:vAlign w:val="center"/>
          </w:tcPr>
          <w:p w14:paraId="7E38FD96" w14:textId="77777777" w:rsidR="00073BD3" w:rsidRPr="00D43CE2" w:rsidRDefault="00DC0AF4">
            <w:pPr>
              <w:rPr>
                <w:rFonts w:ascii="Times New Roman" w:hAnsi="Times New Roman" w:cs="Times New Roman"/>
              </w:rPr>
            </w:pPr>
            <w:proofErr w:type="spellStart"/>
            <w:r w:rsidRPr="00D43CE2">
              <w:rPr>
                <w:rFonts w:ascii="Times New Roman" w:hAnsi="Times New Roman" w:cs="Times New Roman"/>
              </w:rPr>
              <w:t>Disciplina</w:t>
            </w:r>
            <w:proofErr w:type="spellEnd"/>
            <w:r w:rsidRPr="00D43CE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650" w:type="pct"/>
            <w:vAlign w:val="center"/>
          </w:tcPr>
          <w:p w14:paraId="6B65639E" w14:textId="77777777" w:rsidR="00073BD3" w:rsidRPr="00D43CE2" w:rsidRDefault="00073BD3">
            <w:pPr>
              <w:rPr>
                <w:rFonts w:ascii="Times New Roman" w:hAnsi="Times New Roman" w:cs="Times New Roman"/>
              </w:rPr>
            </w:pPr>
          </w:p>
        </w:tc>
      </w:tr>
      <w:tr w:rsidR="00073BD3" w:rsidRPr="00D43CE2" w14:paraId="06B58419" w14:textId="77777777" w:rsidTr="007F4AA3">
        <w:trPr>
          <w:trHeight w:val="397"/>
        </w:trPr>
        <w:tc>
          <w:tcPr>
            <w:tcW w:w="1350" w:type="pct"/>
            <w:vAlign w:val="center"/>
          </w:tcPr>
          <w:p w14:paraId="7097938E" w14:textId="77777777" w:rsidR="00073BD3" w:rsidRPr="00D43CE2" w:rsidRDefault="00DC0AF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 xml:space="preserve">Asse </w:t>
            </w:r>
            <w:proofErr w:type="spellStart"/>
            <w:r w:rsidRPr="00D43CE2">
              <w:rPr>
                <w:rFonts w:ascii="Times New Roman" w:hAnsi="Times New Roman" w:cs="Times New Roman"/>
              </w:rPr>
              <w:t>culturale</w:t>
            </w:r>
            <w:proofErr w:type="spellEnd"/>
            <w:r w:rsidRPr="00D43CE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650" w:type="pct"/>
            <w:vAlign w:val="center"/>
          </w:tcPr>
          <w:p w14:paraId="0204A188" w14:textId="77777777" w:rsidR="00073BD3" w:rsidRPr="00D43CE2" w:rsidRDefault="00073BD3">
            <w:pPr>
              <w:rPr>
                <w:rFonts w:ascii="Times New Roman" w:hAnsi="Times New Roman" w:cs="Times New Roman"/>
              </w:rPr>
            </w:pPr>
          </w:p>
        </w:tc>
      </w:tr>
      <w:tr w:rsidR="00073BD3" w:rsidRPr="00D43CE2" w14:paraId="4B901C24" w14:textId="77777777" w:rsidTr="007F4AA3">
        <w:trPr>
          <w:trHeight w:val="397"/>
        </w:trPr>
        <w:tc>
          <w:tcPr>
            <w:tcW w:w="1350" w:type="pct"/>
            <w:vAlign w:val="center"/>
          </w:tcPr>
          <w:p w14:paraId="7C997491" w14:textId="77777777" w:rsidR="00073BD3" w:rsidRPr="00D43CE2" w:rsidRDefault="00DC0AF4">
            <w:pPr>
              <w:rPr>
                <w:rFonts w:ascii="Times New Roman" w:hAnsi="Times New Roman" w:cs="Times New Roman"/>
              </w:rPr>
            </w:pPr>
            <w:proofErr w:type="spellStart"/>
            <w:r w:rsidRPr="00D43CE2">
              <w:rPr>
                <w:rFonts w:ascii="Times New Roman" w:hAnsi="Times New Roman" w:cs="Times New Roman"/>
              </w:rPr>
              <w:t>Docente</w:t>
            </w:r>
            <w:proofErr w:type="spellEnd"/>
            <w:r w:rsidRPr="00D43CE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650" w:type="pct"/>
            <w:vAlign w:val="center"/>
          </w:tcPr>
          <w:p w14:paraId="2619EC6F" w14:textId="77777777" w:rsidR="00073BD3" w:rsidRPr="00D43CE2" w:rsidRDefault="00073BD3">
            <w:pPr>
              <w:rPr>
                <w:rFonts w:ascii="Times New Roman" w:hAnsi="Times New Roman" w:cs="Times New Roman"/>
              </w:rPr>
            </w:pPr>
          </w:p>
        </w:tc>
      </w:tr>
      <w:tr w:rsidR="00073BD3" w:rsidRPr="00D43CE2" w14:paraId="6CFFF8A9" w14:textId="77777777" w:rsidTr="007F4AA3">
        <w:trPr>
          <w:trHeight w:val="397"/>
        </w:trPr>
        <w:tc>
          <w:tcPr>
            <w:tcW w:w="1350" w:type="pct"/>
            <w:vAlign w:val="center"/>
          </w:tcPr>
          <w:p w14:paraId="7294654B" w14:textId="77777777" w:rsidR="00073BD3" w:rsidRPr="00D43CE2" w:rsidRDefault="00DC0AF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 xml:space="preserve">Classe e </w:t>
            </w:r>
            <w:proofErr w:type="spellStart"/>
            <w:r w:rsidRPr="00D43CE2">
              <w:rPr>
                <w:rFonts w:ascii="Times New Roman" w:hAnsi="Times New Roman" w:cs="Times New Roman"/>
              </w:rPr>
              <w:t>sezione</w:t>
            </w:r>
            <w:proofErr w:type="spellEnd"/>
            <w:r w:rsidRPr="00D43CE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650" w:type="pct"/>
            <w:vAlign w:val="center"/>
          </w:tcPr>
          <w:p w14:paraId="41FEF4BE" w14:textId="77777777" w:rsidR="00073BD3" w:rsidRPr="00D43CE2" w:rsidRDefault="00073BD3">
            <w:pPr>
              <w:rPr>
                <w:rFonts w:ascii="Times New Roman" w:hAnsi="Times New Roman" w:cs="Times New Roman"/>
              </w:rPr>
            </w:pPr>
          </w:p>
        </w:tc>
      </w:tr>
      <w:tr w:rsidR="00073BD3" w:rsidRPr="00D43CE2" w14:paraId="135DFA87" w14:textId="77777777" w:rsidTr="007F4AA3">
        <w:trPr>
          <w:trHeight w:val="397"/>
        </w:trPr>
        <w:tc>
          <w:tcPr>
            <w:tcW w:w="1350" w:type="pct"/>
            <w:vAlign w:val="center"/>
          </w:tcPr>
          <w:p w14:paraId="32F34ADB" w14:textId="77777777" w:rsidR="00073BD3" w:rsidRPr="00D43CE2" w:rsidRDefault="00DC0AF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 xml:space="preserve">Ore </w:t>
            </w:r>
            <w:proofErr w:type="spellStart"/>
            <w:r w:rsidRPr="00D43CE2">
              <w:rPr>
                <w:rFonts w:ascii="Times New Roman" w:hAnsi="Times New Roman" w:cs="Times New Roman"/>
              </w:rPr>
              <w:t>settimanali</w:t>
            </w:r>
            <w:proofErr w:type="spellEnd"/>
            <w:r w:rsidRPr="00D43CE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650" w:type="pct"/>
            <w:vAlign w:val="center"/>
          </w:tcPr>
          <w:p w14:paraId="3A8B76EB" w14:textId="77777777" w:rsidR="00073BD3" w:rsidRPr="00D43CE2" w:rsidRDefault="00073BD3">
            <w:pPr>
              <w:rPr>
                <w:rFonts w:ascii="Times New Roman" w:hAnsi="Times New Roman" w:cs="Times New Roman"/>
              </w:rPr>
            </w:pPr>
          </w:p>
        </w:tc>
      </w:tr>
      <w:tr w:rsidR="00073BD3" w:rsidRPr="00D43CE2" w14:paraId="38ED05BC" w14:textId="77777777" w:rsidTr="007F4AA3">
        <w:trPr>
          <w:trHeight w:val="397"/>
        </w:trPr>
        <w:tc>
          <w:tcPr>
            <w:tcW w:w="1350" w:type="pct"/>
            <w:vAlign w:val="center"/>
          </w:tcPr>
          <w:p w14:paraId="35E25C94" w14:textId="77777777" w:rsidR="00073BD3" w:rsidRPr="00D43CE2" w:rsidRDefault="00DC0AF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 xml:space="preserve">Data di </w:t>
            </w:r>
            <w:proofErr w:type="spellStart"/>
            <w:r w:rsidRPr="00D43CE2">
              <w:rPr>
                <w:rFonts w:ascii="Times New Roman" w:hAnsi="Times New Roman" w:cs="Times New Roman"/>
              </w:rPr>
              <w:t>presentazione</w:t>
            </w:r>
            <w:proofErr w:type="spellEnd"/>
            <w:r w:rsidRPr="00D43CE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650" w:type="pct"/>
            <w:vAlign w:val="center"/>
          </w:tcPr>
          <w:p w14:paraId="480668BD" w14:textId="77777777" w:rsidR="00073BD3" w:rsidRPr="00D43CE2" w:rsidRDefault="00073BD3">
            <w:pPr>
              <w:rPr>
                <w:rFonts w:ascii="Times New Roman" w:hAnsi="Times New Roman" w:cs="Times New Roman"/>
              </w:rPr>
            </w:pPr>
          </w:p>
        </w:tc>
      </w:tr>
    </w:tbl>
    <w:p w14:paraId="7801C66C" w14:textId="77777777" w:rsidR="00073BD3" w:rsidRPr="00D43CE2" w:rsidRDefault="00DC0AF4">
      <w:pPr>
        <w:pStyle w:val="Titolo2"/>
        <w:rPr>
          <w:rFonts w:ascii="Times New Roman" w:hAnsi="Times New Roman" w:cs="Times New Roman"/>
          <w:color w:val="000000" w:themeColor="text1"/>
        </w:rPr>
      </w:pPr>
      <w:r w:rsidRPr="00D43CE2">
        <w:rPr>
          <w:rFonts w:ascii="Times New Roman" w:hAnsi="Times New Roman" w:cs="Times New Roman"/>
          <w:color w:val="000000" w:themeColor="text1"/>
        </w:rPr>
        <w:t>2. SITUAZIONE DI PARTENZA</w:t>
      </w:r>
    </w:p>
    <w:p w14:paraId="77262839" w14:textId="77777777" w:rsidR="00073BD3" w:rsidRPr="00D43CE2" w:rsidRDefault="00DC0AF4">
      <w:pPr>
        <w:rPr>
          <w:rFonts w:ascii="Times New Roman" w:hAnsi="Times New Roman" w:cs="Times New Roman"/>
          <w:lang w:val="it-IT"/>
        </w:rPr>
      </w:pPr>
      <w:r w:rsidRPr="00D43CE2">
        <w:rPr>
          <w:rFonts w:ascii="Times New Roman" w:hAnsi="Times New Roman" w:cs="Times New Roman"/>
          <w:lang w:val="it-IT"/>
        </w:rPr>
        <w:t>Analisi della classe (spuntare le voci pertinenti):</w:t>
      </w:r>
    </w:p>
    <w:p w14:paraId="0DE210D1" w14:textId="301027ED" w:rsidR="00073BD3" w:rsidRPr="00D43CE2" w:rsidRDefault="00DC0AF4" w:rsidP="00A13797">
      <w:pPr>
        <w:tabs>
          <w:tab w:val="left" w:pos="284"/>
          <w:tab w:val="left" w:pos="1701"/>
          <w:tab w:val="left" w:pos="3261"/>
          <w:tab w:val="left" w:pos="5103"/>
        </w:tabs>
        <w:jc w:val="both"/>
        <w:rPr>
          <w:rFonts w:ascii="Times New Roman" w:hAnsi="Times New Roman" w:cs="Times New Roman"/>
          <w:lang w:val="it-IT"/>
        </w:rPr>
      </w:pPr>
      <w:r w:rsidRPr="00D43CE2">
        <w:rPr>
          <w:rFonts w:ascii="Segoe UI Symbol" w:hAnsi="Segoe UI Symbol" w:cs="Segoe UI Symbol"/>
          <w:lang w:val="it-IT"/>
        </w:rPr>
        <w:t>☐</w:t>
      </w:r>
      <w:r w:rsidR="00A13797" w:rsidRPr="00D43CE2">
        <w:rPr>
          <w:rFonts w:ascii="Times New Roman" w:hAnsi="Times New Roman" w:cs="Times New Roman"/>
          <w:lang w:val="it-IT"/>
        </w:rPr>
        <w:tab/>
      </w:r>
      <w:r w:rsidRPr="00D43CE2">
        <w:rPr>
          <w:rFonts w:ascii="Times New Roman" w:hAnsi="Times New Roman" w:cs="Times New Roman"/>
          <w:lang w:val="it-IT"/>
        </w:rPr>
        <w:t>Medio–</w:t>
      </w:r>
      <w:r w:rsidR="0000526D" w:rsidRPr="00D43CE2">
        <w:rPr>
          <w:rFonts w:ascii="Times New Roman" w:hAnsi="Times New Roman" w:cs="Times New Roman"/>
          <w:lang w:val="it-IT"/>
        </w:rPr>
        <w:t>alto</w:t>
      </w:r>
      <w:bookmarkStart w:id="0" w:name="_Hlk213353975"/>
      <w:r w:rsidR="00A13797" w:rsidRPr="00D43CE2">
        <w:rPr>
          <w:rFonts w:ascii="Times New Roman" w:hAnsi="Times New Roman" w:cs="Times New Roman"/>
          <w:lang w:val="it-IT"/>
        </w:rPr>
        <w:tab/>
      </w:r>
      <w:bookmarkEnd w:id="0"/>
      <w:r w:rsidR="0000526D" w:rsidRPr="00D43CE2">
        <w:rPr>
          <w:rFonts w:ascii="Segoe UI Symbol" w:hAnsi="Segoe UI Symbol" w:cs="Segoe UI Symbol"/>
          <w:lang w:val="it-IT"/>
        </w:rPr>
        <w:t>☐</w:t>
      </w:r>
      <w:r w:rsidRPr="00D43CE2">
        <w:rPr>
          <w:rFonts w:ascii="Times New Roman" w:hAnsi="Times New Roman" w:cs="Times New Roman"/>
          <w:lang w:val="it-IT"/>
        </w:rPr>
        <w:t xml:space="preserve"> </w:t>
      </w:r>
      <w:r w:rsidR="0000526D" w:rsidRPr="00D43CE2">
        <w:rPr>
          <w:rFonts w:ascii="Times New Roman" w:hAnsi="Times New Roman" w:cs="Times New Roman"/>
          <w:lang w:val="it-IT"/>
        </w:rPr>
        <w:t>Medio</w:t>
      </w:r>
      <w:r w:rsidR="00A13797" w:rsidRPr="00D43CE2">
        <w:rPr>
          <w:rFonts w:ascii="Times New Roman" w:hAnsi="Times New Roman" w:cs="Times New Roman"/>
          <w:lang w:val="it-IT"/>
        </w:rPr>
        <w:tab/>
      </w:r>
      <w:r w:rsidR="0000526D" w:rsidRPr="00D43CE2">
        <w:rPr>
          <w:rFonts w:ascii="Segoe UI Symbol" w:hAnsi="Segoe UI Symbol" w:cs="Segoe UI Symbol"/>
          <w:lang w:val="it-IT"/>
        </w:rPr>
        <w:t>☐</w:t>
      </w:r>
      <w:r w:rsidRPr="00D43CE2">
        <w:rPr>
          <w:rFonts w:ascii="Times New Roman" w:hAnsi="Times New Roman" w:cs="Times New Roman"/>
          <w:lang w:val="it-IT"/>
        </w:rPr>
        <w:t xml:space="preserve"> Medio–</w:t>
      </w:r>
      <w:r w:rsidR="0000526D" w:rsidRPr="00D43CE2">
        <w:rPr>
          <w:rFonts w:ascii="Times New Roman" w:hAnsi="Times New Roman" w:cs="Times New Roman"/>
          <w:lang w:val="it-IT"/>
        </w:rPr>
        <w:t>basso</w:t>
      </w:r>
      <w:r w:rsidR="00A13797" w:rsidRPr="00D43CE2">
        <w:rPr>
          <w:rFonts w:ascii="Times New Roman" w:hAnsi="Times New Roman" w:cs="Times New Roman"/>
          <w:lang w:val="it-IT"/>
        </w:rPr>
        <w:tab/>
      </w:r>
      <w:r w:rsidR="0000526D" w:rsidRPr="00D43CE2">
        <w:rPr>
          <w:rFonts w:ascii="Segoe UI Symbol" w:hAnsi="Segoe UI Symbol" w:cs="Segoe UI Symbol"/>
          <w:lang w:val="it-IT"/>
        </w:rPr>
        <w:t>☐</w:t>
      </w:r>
      <w:r w:rsidRPr="00D43CE2">
        <w:rPr>
          <w:rFonts w:ascii="Times New Roman" w:hAnsi="Times New Roman" w:cs="Times New Roman"/>
          <w:lang w:val="it-IT"/>
        </w:rPr>
        <w:t xml:space="preserve"> Basso</w:t>
      </w:r>
    </w:p>
    <w:p w14:paraId="34ABCA03" w14:textId="03331A01" w:rsidR="00073BD3" w:rsidRPr="00D43CE2" w:rsidRDefault="00DC0AF4" w:rsidP="00A13797">
      <w:pPr>
        <w:tabs>
          <w:tab w:val="left" w:pos="284"/>
          <w:tab w:val="left" w:pos="1701"/>
          <w:tab w:val="left" w:pos="3261"/>
          <w:tab w:val="left" w:pos="5103"/>
        </w:tabs>
        <w:jc w:val="both"/>
        <w:rPr>
          <w:rFonts w:ascii="Times New Roman" w:hAnsi="Times New Roman" w:cs="Times New Roman"/>
          <w:lang w:val="it-IT"/>
        </w:rPr>
      </w:pPr>
      <w:r w:rsidRPr="00D43CE2">
        <w:rPr>
          <w:rFonts w:ascii="Segoe UI Symbol" w:hAnsi="Segoe UI Symbol" w:cs="Segoe UI Symbol"/>
          <w:lang w:val="it-IT"/>
        </w:rPr>
        <w:t>☐</w:t>
      </w:r>
      <w:r w:rsidR="00A13797" w:rsidRPr="00D43CE2">
        <w:rPr>
          <w:rFonts w:ascii="Times New Roman" w:hAnsi="Times New Roman" w:cs="Times New Roman"/>
          <w:lang w:val="it-IT"/>
        </w:rPr>
        <w:tab/>
      </w:r>
      <w:r w:rsidR="0000526D" w:rsidRPr="00D43CE2">
        <w:rPr>
          <w:rFonts w:ascii="Times New Roman" w:hAnsi="Times New Roman" w:cs="Times New Roman"/>
          <w:lang w:val="it-IT"/>
        </w:rPr>
        <w:t xml:space="preserve">Vivace </w:t>
      </w:r>
      <w:r w:rsidR="00A13797" w:rsidRPr="00D43CE2">
        <w:rPr>
          <w:rFonts w:ascii="Times New Roman" w:hAnsi="Times New Roman" w:cs="Times New Roman"/>
          <w:lang w:val="it-IT"/>
        </w:rPr>
        <w:tab/>
      </w:r>
      <w:r w:rsidR="0000526D" w:rsidRPr="00D43CE2">
        <w:rPr>
          <w:rFonts w:ascii="Segoe UI Symbol" w:hAnsi="Segoe UI Symbol" w:cs="Segoe UI Symbol"/>
          <w:lang w:val="it-IT"/>
        </w:rPr>
        <w:t>☐</w:t>
      </w:r>
      <w:r w:rsidRPr="00D43CE2">
        <w:rPr>
          <w:rFonts w:ascii="Times New Roman" w:hAnsi="Times New Roman" w:cs="Times New Roman"/>
          <w:lang w:val="it-IT"/>
        </w:rPr>
        <w:t xml:space="preserve"> </w:t>
      </w:r>
      <w:r w:rsidR="0000526D" w:rsidRPr="00D43CE2">
        <w:rPr>
          <w:rFonts w:ascii="Times New Roman" w:hAnsi="Times New Roman" w:cs="Times New Roman"/>
          <w:lang w:val="it-IT"/>
        </w:rPr>
        <w:t>Tranquillo</w:t>
      </w:r>
      <w:r w:rsidR="00A13797" w:rsidRPr="00D43CE2">
        <w:rPr>
          <w:rFonts w:ascii="Times New Roman" w:hAnsi="Times New Roman" w:cs="Times New Roman"/>
          <w:lang w:val="it-IT"/>
        </w:rPr>
        <w:tab/>
      </w:r>
      <w:r w:rsidR="0000526D" w:rsidRPr="00D43CE2">
        <w:rPr>
          <w:rFonts w:ascii="Segoe UI Symbol" w:hAnsi="Segoe UI Symbol" w:cs="Segoe UI Symbol"/>
          <w:lang w:val="it-IT"/>
        </w:rPr>
        <w:t>☐</w:t>
      </w:r>
      <w:r w:rsidRPr="00D43CE2">
        <w:rPr>
          <w:rFonts w:ascii="Times New Roman" w:hAnsi="Times New Roman" w:cs="Times New Roman"/>
          <w:lang w:val="it-IT"/>
        </w:rPr>
        <w:t xml:space="preserve"> </w:t>
      </w:r>
      <w:r w:rsidR="0000526D" w:rsidRPr="00D43CE2">
        <w:rPr>
          <w:rFonts w:ascii="Times New Roman" w:hAnsi="Times New Roman" w:cs="Times New Roman"/>
          <w:lang w:val="it-IT"/>
        </w:rPr>
        <w:t>Passivo</w:t>
      </w:r>
      <w:r w:rsidR="00A13797" w:rsidRPr="00D43CE2">
        <w:rPr>
          <w:rFonts w:ascii="Times New Roman" w:hAnsi="Times New Roman" w:cs="Times New Roman"/>
          <w:lang w:val="it-IT"/>
        </w:rPr>
        <w:tab/>
      </w:r>
      <w:r w:rsidR="0000526D" w:rsidRPr="00D43CE2">
        <w:rPr>
          <w:rFonts w:ascii="Segoe UI Symbol" w:hAnsi="Segoe UI Symbol" w:cs="Segoe UI Symbol"/>
          <w:lang w:val="it-IT"/>
        </w:rPr>
        <w:t>☐</w:t>
      </w:r>
      <w:r w:rsidRPr="00D43CE2">
        <w:rPr>
          <w:rFonts w:ascii="Times New Roman" w:hAnsi="Times New Roman" w:cs="Times New Roman"/>
          <w:lang w:val="it-IT"/>
        </w:rPr>
        <w:t xml:space="preserve"> Problematico</w:t>
      </w:r>
    </w:p>
    <w:p w14:paraId="20391B74" w14:textId="77777777" w:rsidR="007F4AA3" w:rsidRDefault="00DC0AF4" w:rsidP="00A13797">
      <w:pPr>
        <w:spacing w:after="120"/>
        <w:rPr>
          <w:rFonts w:ascii="Times New Roman" w:hAnsi="Times New Roman" w:cs="Times New Roman"/>
          <w:lang w:val="it-IT"/>
        </w:rPr>
      </w:pPr>
      <w:r w:rsidRPr="00D43CE2">
        <w:rPr>
          <w:rFonts w:ascii="Times New Roman" w:hAnsi="Times New Roman" w:cs="Times New Roman"/>
          <w:lang w:val="it-IT"/>
        </w:rPr>
        <w:t xml:space="preserve">Strumenti utilizzati per l’analisi: </w:t>
      </w:r>
      <w:r w:rsidRPr="00D43CE2">
        <w:rPr>
          <w:rFonts w:ascii="Segoe UI Symbol" w:hAnsi="Segoe UI Symbol" w:cs="Segoe UI Symbol"/>
          <w:lang w:val="it-IT"/>
        </w:rPr>
        <w:t>☐</w:t>
      </w:r>
      <w:r w:rsidRPr="00D43CE2">
        <w:rPr>
          <w:rFonts w:ascii="Times New Roman" w:hAnsi="Times New Roman" w:cs="Times New Roman"/>
          <w:lang w:val="it-IT"/>
        </w:rPr>
        <w:t xml:space="preserve"> test </w:t>
      </w:r>
      <w:r w:rsidR="0000526D" w:rsidRPr="00D43CE2">
        <w:rPr>
          <w:rFonts w:ascii="Times New Roman" w:hAnsi="Times New Roman" w:cs="Times New Roman"/>
          <w:lang w:val="it-IT"/>
        </w:rPr>
        <w:t xml:space="preserve">d’ingresso </w:t>
      </w:r>
      <w:r w:rsidR="0000526D" w:rsidRPr="00D43CE2">
        <w:rPr>
          <w:rFonts w:ascii="Segoe UI Symbol" w:hAnsi="Segoe UI Symbol" w:cs="Segoe UI Symbol"/>
          <w:lang w:val="it-IT"/>
        </w:rPr>
        <w:t>☐</w:t>
      </w:r>
      <w:r w:rsidRPr="00D43CE2">
        <w:rPr>
          <w:rFonts w:ascii="Times New Roman" w:hAnsi="Times New Roman" w:cs="Times New Roman"/>
          <w:lang w:val="it-IT"/>
        </w:rPr>
        <w:t xml:space="preserve"> </w:t>
      </w:r>
      <w:r w:rsidR="0000526D" w:rsidRPr="00D43CE2">
        <w:rPr>
          <w:rFonts w:ascii="Times New Roman" w:hAnsi="Times New Roman" w:cs="Times New Roman"/>
          <w:lang w:val="it-IT"/>
        </w:rPr>
        <w:t xml:space="preserve">osservazione </w:t>
      </w:r>
      <w:r w:rsidR="0000526D" w:rsidRPr="00D43CE2">
        <w:rPr>
          <w:rFonts w:ascii="Segoe UI Symbol" w:hAnsi="Segoe UI Symbol" w:cs="Segoe UI Symbol"/>
          <w:lang w:val="it-IT"/>
        </w:rPr>
        <w:t>☐</w:t>
      </w:r>
      <w:r w:rsidRPr="00D43CE2">
        <w:rPr>
          <w:rFonts w:ascii="Times New Roman" w:hAnsi="Times New Roman" w:cs="Times New Roman"/>
          <w:lang w:val="it-IT"/>
        </w:rPr>
        <w:t xml:space="preserve"> </w:t>
      </w:r>
      <w:r w:rsidR="0000526D" w:rsidRPr="00D43CE2">
        <w:rPr>
          <w:rFonts w:ascii="Times New Roman" w:hAnsi="Times New Roman" w:cs="Times New Roman"/>
          <w:lang w:val="it-IT"/>
        </w:rPr>
        <w:t xml:space="preserve">verifiche </w:t>
      </w:r>
      <w:r w:rsidR="0000526D" w:rsidRPr="00D43CE2">
        <w:rPr>
          <w:rFonts w:ascii="Segoe UI Symbol" w:hAnsi="Segoe UI Symbol" w:cs="Segoe UI Symbol"/>
          <w:lang w:val="it-IT"/>
        </w:rPr>
        <w:t>☐</w:t>
      </w:r>
      <w:r w:rsidRPr="00D43CE2">
        <w:rPr>
          <w:rFonts w:ascii="Times New Roman" w:hAnsi="Times New Roman" w:cs="Times New Roman"/>
          <w:lang w:val="it-IT"/>
        </w:rPr>
        <w:t xml:space="preserve"> </w:t>
      </w:r>
      <w:r w:rsidR="0000526D" w:rsidRPr="00D43CE2">
        <w:rPr>
          <w:rFonts w:ascii="Times New Roman" w:hAnsi="Times New Roman" w:cs="Times New Roman"/>
          <w:lang w:val="it-IT"/>
        </w:rPr>
        <w:t xml:space="preserve">questionari </w:t>
      </w:r>
      <w:r w:rsidR="0000526D" w:rsidRPr="00D43CE2">
        <w:rPr>
          <w:rFonts w:ascii="Segoe UI Symbol" w:hAnsi="Segoe UI Symbol" w:cs="Segoe UI Symbol"/>
          <w:lang w:val="it-IT"/>
        </w:rPr>
        <w:t>☐</w:t>
      </w:r>
      <w:r w:rsidRPr="00D43CE2">
        <w:rPr>
          <w:rFonts w:ascii="Times New Roman" w:hAnsi="Times New Roman" w:cs="Times New Roman"/>
          <w:lang w:val="it-IT"/>
        </w:rPr>
        <w:t xml:space="preserve"> </w:t>
      </w:r>
      <w:r w:rsidR="0000526D" w:rsidRPr="00D43CE2">
        <w:rPr>
          <w:rFonts w:ascii="Times New Roman" w:hAnsi="Times New Roman" w:cs="Times New Roman"/>
          <w:lang w:val="it-IT"/>
        </w:rPr>
        <w:t>dialogo</w:t>
      </w:r>
    </w:p>
    <w:p w14:paraId="246FD8E9" w14:textId="49DEFA6C" w:rsidR="007F4AA3" w:rsidRDefault="0000526D" w:rsidP="007F4AA3">
      <w:pPr>
        <w:spacing w:after="0"/>
        <w:rPr>
          <w:rFonts w:ascii="Times New Roman" w:hAnsi="Times New Roman" w:cs="Times New Roman"/>
          <w:lang w:val="it-IT"/>
        </w:rPr>
      </w:pPr>
      <w:r w:rsidRPr="00D43CE2">
        <w:rPr>
          <w:rFonts w:ascii="Segoe UI Symbol" w:hAnsi="Segoe UI Symbol" w:cs="Segoe UI Symbol"/>
          <w:lang w:val="it-IT"/>
        </w:rPr>
        <w:t>☐</w:t>
      </w:r>
      <w:r w:rsidR="00DC0AF4" w:rsidRPr="00D43CE2">
        <w:rPr>
          <w:rFonts w:ascii="Times New Roman" w:hAnsi="Times New Roman" w:cs="Times New Roman"/>
          <w:lang w:val="it-IT"/>
        </w:rPr>
        <w:t xml:space="preserve"> altro </w:t>
      </w:r>
    </w:p>
    <w:tbl>
      <w:tblPr>
        <w:tblStyle w:val="Grigliatabella"/>
        <w:tblpPr w:leftFromText="141" w:rightFromText="141" w:vertAnchor="text" w:horzAnchor="margin" w:tblpY="80"/>
        <w:tblW w:w="0" w:type="auto"/>
        <w:tblLook w:val="04A0" w:firstRow="1" w:lastRow="0" w:firstColumn="1" w:lastColumn="0" w:noHBand="0" w:noVBand="1"/>
      </w:tblPr>
      <w:tblGrid>
        <w:gridCol w:w="9962"/>
      </w:tblGrid>
      <w:tr w:rsidR="007F4AA3" w14:paraId="1472E6CC" w14:textId="77777777" w:rsidTr="007F4AA3">
        <w:tc>
          <w:tcPr>
            <w:tcW w:w="9962" w:type="dxa"/>
          </w:tcPr>
          <w:p w14:paraId="69055D3B" w14:textId="77777777" w:rsidR="007F4AA3" w:rsidRDefault="007F4AA3" w:rsidP="007F4AA3">
            <w:pPr>
              <w:rPr>
                <w:rFonts w:ascii="Times New Roman" w:hAnsi="Times New Roman" w:cs="Times New Roman"/>
                <w:lang w:val="it-IT"/>
              </w:rPr>
            </w:pPr>
          </w:p>
          <w:p w14:paraId="7CF1A97D" w14:textId="77777777" w:rsidR="007F4AA3" w:rsidRDefault="007F4AA3" w:rsidP="007F4AA3">
            <w:pPr>
              <w:rPr>
                <w:rFonts w:ascii="Times New Roman" w:hAnsi="Times New Roman" w:cs="Times New Roman"/>
                <w:lang w:val="it-IT"/>
              </w:rPr>
            </w:pPr>
          </w:p>
          <w:p w14:paraId="44C5063B" w14:textId="77777777" w:rsidR="007F4AA3" w:rsidRDefault="007F4AA3" w:rsidP="007F4AA3">
            <w:pPr>
              <w:rPr>
                <w:rFonts w:ascii="Times New Roman" w:hAnsi="Times New Roman" w:cs="Times New Roman"/>
                <w:lang w:val="it-IT"/>
              </w:rPr>
            </w:pPr>
          </w:p>
          <w:p w14:paraId="1A555B79" w14:textId="77777777" w:rsidR="007F4AA3" w:rsidRDefault="007F4AA3" w:rsidP="007F4AA3">
            <w:pPr>
              <w:rPr>
                <w:rFonts w:ascii="Times New Roman" w:hAnsi="Times New Roman" w:cs="Times New Roman"/>
                <w:lang w:val="it-IT"/>
              </w:rPr>
            </w:pPr>
          </w:p>
          <w:p w14:paraId="1778E842" w14:textId="77777777" w:rsidR="007F4AA3" w:rsidRDefault="007F4AA3" w:rsidP="007F4AA3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4E56465D" w14:textId="7C1A989E" w:rsidR="00073BD3" w:rsidRPr="00D43CE2" w:rsidRDefault="00DC0AF4" w:rsidP="00A13797">
      <w:pPr>
        <w:spacing w:before="240" w:after="120"/>
        <w:rPr>
          <w:rFonts w:ascii="Times New Roman" w:hAnsi="Times New Roman" w:cs="Times New Roman"/>
          <w:lang w:val="it-IT"/>
        </w:rPr>
      </w:pPr>
      <w:r w:rsidRPr="00D43CE2">
        <w:rPr>
          <w:rFonts w:ascii="Times New Roman" w:hAnsi="Times New Roman" w:cs="Times New Roman"/>
          <w:lang w:val="it-IT"/>
        </w:rPr>
        <w:t>Tabella dei livelli di profitto in ingresso: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490"/>
        <w:gridCol w:w="2490"/>
        <w:gridCol w:w="2491"/>
        <w:gridCol w:w="2491"/>
      </w:tblGrid>
      <w:tr w:rsidR="00073BD3" w:rsidRPr="00D43CE2" w14:paraId="5414CB8B" w14:textId="77777777" w:rsidTr="006F6A4B">
        <w:trPr>
          <w:trHeight w:val="397"/>
        </w:trPr>
        <w:tc>
          <w:tcPr>
            <w:tcW w:w="1250" w:type="pct"/>
            <w:vAlign w:val="center"/>
          </w:tcPr>
          <w:p w14:paraId="5ED63FCA" w14:textId="77777777" w:rsidR="00073BD3" w:rsidRPr="002D5EB3" w:rsidRDefault="00DC0AF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D5EB3">
              <w:rPr>
                <w:rFonts w:ascii="Times New Roman" w:hAnsi="Times New Roman" w:cs="Times New Roman"/>
                <w:b/>
                <w:bCs/>
              </w:rPr>
              <w:t>Livello</w:t>
            </w:r>
            <w:proofErr w:type="spellEnd"/>
          </w:p>
        </w:tc>
        <w:tc>
          <w:tcPr>
            <w:tcW w:w="1250" w:type="pct"/>
            <w:vAlign w:val="center"/>
          </w:tcPr>
          <w:p w14:paraId="5C5A18B3" w14:textId="77777777" w:rsidR="00073BD3" w:rsidRPr="002D5EB3" w:rsidRDefault="00DC0AF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D5EB3">
              <w:rPr>
                <w:rFonts w:ascii="Times New Roman" w:hAnsi="Times New Roman" w:cs="Times New Roman"/>
                <w:b/>
                <w:bCs/>
              </w:rPr>
              <w:t>Descrizione</w:t>
            </w:r>
            <w:proofErr w:type="spellEnd"/>
          </w:p>
        </w:tc>
        <w:tc>
          <w:tcPr>
            <w:tcW w:w="1250" w:type="pct"/>
            <w:vAlign w:val="center"/>
          </w:tcPr>
          <w:p w14:paraId="07726F96" w14:textId="77777777" w:rsidR="00073BD3" w:rsidRPr="002D5EB3" w:rsidRDefault="00DC0AF4">
            <w:pPr>
              <w:rPr>
                <w:rFonts w:ascii="Times New Roman" w:hAnsi="Times New Roman" w:cs="Times New Roman"/>
                <w:b/>
                <w:bCs/>
              </w:rPr>
            </w:pPr>
            <w:r w:rsidRPr="002D5EB3">
              <w:rPr>
                <w:rFonts w:ascii="Times New Roman" w:hAnsi="Times New Roman" w:cs="Times New Roman"/>
                <w:b/>
                <w:bCs/>
              </w:rPr>
              <w:t>N° Alunni</w:t>
            </w:r>
          </w:p>
        </w:tc>
        <w:tc>
          <w:tcPr>
            <w:tcW w:w="1250" w:type="pct"/>
            <w:vAlign w:val="center"/>
          </w:tcPr>
          <w:p w14:paraId="4C2F77D4" w14:textId="77777777" w:rsidR="00073BD3" w:rsidRPr="002D5EB3" w:rsidRDefault="00DC0AF4" w:rsidP="002D5E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D5EB3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</w:tr>
      <w:tr w:rsidR="00073BD3" w:rsidRPr="00D43CE2" w14:paraId="2E348D9F" w14:textId="77777777" w:rsidTr="006F6A4B">
        <w:trPr>
          <w:trHeight w:val="397"/>
        </w:trPr>
        <w:tc>
          <w:tcPr>
            <w:tcW w:w="1250" w:type="pct"/>
            <w:vAlign w:val="center"/>
          </w:tcPr>
          <w:p w14:paraId="3CD170EF" w14:textId="77777777" w:rsidR="00073BD3" w:rsidRPr="00D43CE2" w:rsidRDefault="00DC0AF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1°</w:t>
            </w:r>
          </w:p>
        </w:tc>
        <w:tc>
          <w:tcPr>
            <w:tcW w:w="1250" w:type="pct"/>
            <w:vAlign w:val="center"/>
          </w:tcPr>
          <w:p w14:paraId="49E647B5" w14:textId="77777777" w:rsidR="00073BD3" w:rsidRPr="00D43CE2" w:rsidRDefault="00DC0AF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Ottimo (&gt;7,4)</w:t>
            </w:r>
          </w:p>
        </w:tc>
        <w:tc>
          <w:tcPr>
            <w:tcW w:w="1250" w:type="pct"/>
            <w:vAlign w:val="center"/>
          </w:tcPr>
          <w:p w14:paraId="2259BE27" w14:textId="77777777" w:rsidR="00073BD3" w:rsidRPr="00D43CE2" w:rsidRDefault="00073B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vAlign w:val="center"/>
          </w:tcPr>
          <w:p w14:paraId="67E09803" w14:textId="77777777" w:rsidR="00073BD3" w:rsidRPr="00D43CE2" w:rsidRDefault="00073BD3">
            <w:pPr>
              <w:rPr>
                <w:rFonts w:ascii="Times New Roman" w:hAnsi="Times New Roman" w:cs="Times New Roman"/>
              </w:rPr>
            </w:pPr>
          </w:p>
        </w:tc>
      </w:tr>
      <w:tr w:rsidR="00073BD3" w:rsidRPr="00D43CE2" w14:paraId="4BB41E90" w14:textId="77777777" w:rsidTr="006F6A4B">
        <w:trPr>
          <w:trHeight w:val="397"/>
        </w:trPr>
        <w:tc>
          <w:tcPr>
            <w:tcW w:w="1250" w:type="pct"/>
            <w:vAlign w:val="center"/>
          </w:tcPr>
          <w:p w14:paraId="3129E122" w14:textId="77777777" w:rsidR="00073BD3" w:rsidRPr="00D43CE2" w:rsidRDefault="00DC0AF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2°</w:t>
            </w:r>
          </w:p>
        </w:tc>
        <w:tc>
          <w:tcPr>
            <w:tcW w:w="1250" w:type="pct"/>
            <w:vAlign w:val="center"/>
          </w:tcPr>
          <w:p w14:paraId="2EAE9D0F" w14:textId="77777777" w:rsidR="00073BD3" w:rsidRPr="00D43CE2" w:rsidRDefault="00DC0AF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Buono (6,5–7,4)</w:t>
            </w:r>
          </w:p>
        </w:tc>
        <w:tc>
          <w:tcPr>
            <w:tcW w:w="1250" w:type="pct"/>
            <w:vAlign w:val="center"/>
          </w:tcPr>
          <w:p w14:paraId="7BCC1BC4" w14:textId="77777777" w:rsidR="00073BD3" w:rsidRPr="00D43CE2" w:rsidRDefault="00073B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vAlign w:val="center"/>
          </w:tcPr>
          <w:p w14:paraId="60522DCE" w14:textId="77777777" w:rsidR="00073BD3" w:rsidRPr="00D43CE2" w:rsidRDefault="00073BD3">
            <w:pPr>
              <w:rPr>
                <w:rFonts w:ascii="Times New Roman" w:hAnsi="Times New Roman" w:cs="Times New Roman"/>
              </w:rPr>
            </w:pPr>
          </w:p>
        </w:tc>
      </w:tr>
      <w:tr w:rsidR="00073BD3" w:rsidRPr="00D43CE2" w14:paraId="45565213" w14:textId="77777777" w:rsidTr="006F6A4B">
        <w:trPr>
          <w:trHeight w:val="397"/>
        </w:trPr>
        <w:tc>
          <w:tcPr>
            <w:tcW w:w="1250" w:type="pct"/>
            <w:vAlign w:val="center"/>
          </w:tcPr>
          <w:p w14:paraId="58055546" w14:textId="77777777" w:rsidR="00073BD3" w:rsidRPr="00D43CE2" w:rsidRDefault="00DC0AF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3°</w:t>
            </w:r>
          </w:p>
        </w:tc>
        <w:tc>
          <w:tcPr>
            <w:tcW w:w="1250" w:type="pct"/>
            <w:vAlign w:val="center"/>
          </w:tcPr>
          <w:p w14:paraId="5FA54BE6" w14:textId="77777777" w:rsidR="00073BD3" w:rsidRPr="00D43CE2" w:rsidRDefault="00DC0AF4">
            <w:pPr>
              <w:rPr>
                <w:rFonts w:ascii="Times New Roman" w:hAnsi="Times New Roman" w:cs="Times New Roman"/>
              </w:rPr>
            </w:pPr>
            <w:proofErr w:type="spellStart"/>
            <w:r w:rsidRPr="00D43CE2">
              <w:rPr>
                <w:rFonts w:ascii="Times New Roman" w:hAnsi="Times New Roman" w:cs="Times New Roman"/>
              </w:rPr>
              <w:t>Sufficiente</w:t>
            </w:r>
            <w:proofErr w:type="spellEnd"/>
            <w:r w:rsidRPr="00D43CE2">
              <w:rPr>
                <w:rFonts w:ascii="Times New Roman" w:hAnsi="Times New Roman" w:cs="Times New Roman"/>
              </w:rPr>
              <w:t xml:space="preserve"> (5,5–6,4)</w:t>
            </w:r>
          </w:p>
        </w:tc>
        <w:tc>
          <w:tcPr>
            <w:tcW w:w="1250" w:type="pct"/>
            <w:vAlign w:val="center"/>
          </w:tcPr>
          <w:p w14:paraId="635D9EDA" w14:textId="77777777" w:rsidR="00073BD3" w:rsidRPr="00D43CE2" w:rsidRDefault="00073B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vAlign w:val="center"/>
          </w:tcPr>
          <w:p w14:paraId="19A40B68" w14:textId="77777777" w:rsidR="00073BD3" w:rsidRPr="00D43CE2" w:rsidRDefault="00073BD3">
            <w:pPr>
              <w:rPr>
                <w:rFonts w:ascii="Times New Roman" w:hAnsi="Times New Roman" w:cs="Times New Roman"/>
              </w:rPr>
            </w:pPr>
          </w:p>
        </w:tc>
      </w:tr>
      <w:tr w:rsidR="00073BD3" w:rsidRPr="00D43CE2" w14:paraId="567D8F00" w14:textId="77777777" w:rsidTr="006F6A4B">
        <w:trPr>
          <w:trHeight w:val="397"/>
        </w:trPr>
        <w:tc>
          <w:tcPr>
            <w:tcW w:w="1250" w:type="pct"/>
            <w:vAlign w:val="center"/>
          </w:tcPr>
          <w:p w14:paraId="1B976CB6" w14:textId="77777777" w:rsidR="00073BD3" w:rsidRPr="00D43CE2" w:rsidRDefault="00DC0AF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4°</w:t>
            </w:r>
          </w:p>
        </w:tc>
        <w:tc>
          <w:tcPr>
            <w:tcW w:w="1250" w:type="pct"/>
            <w:vAlign w:val="center"/>
          </w:tcPr>
          <w:p w14:paraId="1B323260" w14:textId="77777777" w:rsidR="00073BD3" w:rsidRPr="00D43CE2" w:rsidRDefault="00DC0AF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Mediocre (4,5–5,4)</w:t>
            </w:r>
          </w:p>
        </w:tc>
        <w:tc>
          <w:tcPr>
            <w:tcW w:w="1250" w:type="pct"/>
            <w:vAlign w:val="center"/>
          </w:tcPr>
          <w:p w14:paraId="6FC33F73" w14:textId="77777777" w:rsidR="00073BD3" w:rsidRPr="00D43CE2" w:rsidRDefault="00073B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vAlign w:val="center"/>
          </w:tcPr>
          <w:p w14:paraId="30660FEC" w14:textId="77777777" w:rsidR="00073BD3" w:rsidRPr="00D43CE2" w:rsidRDefault="00073BD3">
            <w:pPr>
              <w:rPr>
                <w:rFonts w:ascii="Times New Roman" w:hAnsi="Times New Roman" w:cs="Times New Roman"/>
              </w:rPr>
            </w:pPr>
          </w:p>
        </w:tc>
      </w:tr>
      <w:tr w:rsidR="00073BD3" w:rsidRPr="00D43CE2" w14:paraId="68E0A599" w14:textId="77777777" w:rsidTr="006F6A4B">
        <w:trPr>
          <w:trHeight w:val="397"/>
        </w:trPr>
        <w:tc>
          <w:tcPr>
            <w:tcW w:w="1250" w:type="pct"/>
            <w:vAlign w:val="center"/>
          </w:tcPr>
          <w:p w14:paraId="29E3CAAB" w14:textId="77777777" w:rsidR="00073BD3" w:rsidRPr="00D43CE2" w:rsidRDefault="00DC0AF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5°</w:t>
            </w:r>
          </w:p>
        </w:tc>
        <w:tc>
          <w:tcPr>
            <w:tcW w:w="1250" w:type="pct"/>
            <w:vAlign w:val="center"/>
          </w:tcPr>
          <w:p w14:paraId="22E2C988" w14:textId="77777777" w:rsidR="00073BD3" w:rsidRPr="00D43CE2" w:rsidRDefault="00DC0AF4">
            <w:pPr>
              <w:rPr>
                <w:rFonts w:ascii="Times New Roman" w:hAnsi="Times New Roman" w:cs="Times New Roman"/>
              </w:rPr>
            </w:pPr>
            <w:proofErr w:type="spellStart"/>
            <w:r w:rsidRPr="00D43CE2">
              <w:rPr>
                <w:rFonts w:ascii="Times New Roman" w:hAnsi="Times New Roman" w:cs="Times New Roman"/>
              </w:rPr>
              <w:t>Insufficiente</w:t>
            </w:r>
            <w:proofErr w:type="spellEnd"/>
            <w:r w:rsidRPr="00D43CE2">
              <w:rPr>
                <w:rFonts w:ascii="Times New Roman" w:hAnsi="Times New Roman" w:cs="Times New Roman"/>
              </w:rPr>
              <w:t xml:space="preserve"> (&lt;4,5)</w:t>
            </w:r>
          </w:p>
        </w:tc>
        <w:tc>
          <w:tcPr>
            <w:tcW w:w="1250" w:type="pct"/>
            <w:vAlign w:val="center"/>
          </w:tcPr>
          <w:p w14:paraId="715A1DDA" w14:textId="77777777" w:rsidR="00073BD3" w:rsidRPr="00D43CE2" w:rsidRDefault="00073B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vAlign w:val="center"/>
          </w:tcPr>
          <w:p w14:paraId="29381DEC" w14:textId="77777777" w:rsidR="00073BD3" w:rsidRPr="00D43CE2" w:rsidRDefault="00073BD3">
            <w:pPr>
              <w:rPr>
                <w:rFonts w:ascii="Times New Roman" w:hAnsi="Times New Roman" w:cs="Times New Roman"/>
              </w:rPr>
            </w:pPr>
          </w:p>
        </w:tc>
      </w:tr>
      <w:tr w:rsidR="00073BD3" w:rsidRPr="00D43CE2" w14:paraId="69F61AD9" w14:textId="77777777" w:rsidTr="006F6A4B">
        <w:trPr>
          <w:trHeight w:val="397"/>
        </w:trPr>
        <w:tc>
          <w:tcPr>
            <w:tcW w:w="1250" w:type="pct"/>
            <w:vAlign w:val="center"/>
          </w:tcPr>
          <w:p w14:paraId="0D3DC7A3" w14:textId="77777777" w:rsidR="00073BD3" w:rsidRPr="00D43CE2" w:rsidRDefault="00DC0AF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6°</w:t>
            </w:r>
          </w:p>
        </w:tc>
        <w:tc>
          <w:tcPr>
            <w:tcW w:w="1250" w:type="pct"/>
            <w:vAlign w:val="center"/>
          </w:tcPr>
          <w:p w14:paraId="16205EA8" w14:textId="77777777" w:rsidR="00073BD3" w:rsidRPr="00D43CE2" w:rsidRDefault="00DC0AF4">
            <w:pPr>
              <w:rPr>
                <w:rFonts w:ascii="Times New Roman" w:hAnsi="Times New Roman" w:cs="Times New Roman"/>
              </w:rPr>
            </w:pPr>
            <w:r w:rsidRPr="00D43CE2">
              <w:rPr>
                <w:rFonts w:ascii="Times New Roman" w:hAnsi="Times New Roman" w:cs="Times New Roman"/>
              </w:rPr>
              <w:t>NC</w:t>
            </w:r>
          </w:p>
        </w:tc>
        <w:tc>
          <w:tcPr>
            <w:tcW w:w="1250" w:type="pct"/>
            <w:vAlign w:val="center"/>
          </w:tcPr>
          <w:p w14:paraId="72DC0D79" w14:textId="77777777" w:rsidR="00073BD3" w:rsidRPr="00D43CE2" w:rsidRDefault="00073B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vAlign w:val="center"/>
          </w:tcPr>
          <w:p w14:paraId="7EFDCEDE" w14:textId="77777777" w:rsidR="00073BD3" w:rsidRPr="00D43CE2" w:rsidRDefault="00073BD3">
            <w:pPr>
              <w:rPr>
                <w:rFonts w:ascii="Times New Roman" w:hAnsi="Times New Roman" w:cs="Times New Roman"/>
              </w:rPr>
            </w:pPr>
          </w:p>
        </w:tc>
      </w:tr>
    </w:tbl>
    <w:p w14:paraId="2170EEF2" w14:textId="77777777" w:rsidR="00073BD3" w:rsidRPr="00D43CE2" w:rsidRDefault="00DC0AF4">
      <w:pPr>
        <w:pStyle w:val="Titolo2"/>
        <w:rPr>
          <w:rFonts w:ascii="Times New Roman" w:hAnsi="Times New Roman" w:cs="Times New Roman"/>
          <w:color w:val="000000" w:themeColor="text1"/>
        </w:rPr>
      </w:pPr>
      <w:r w:rsidRPr="00D43CE2">
        <w:rPr>
          <w:rFonts w:ascii="Times New Roman" w:hAnsi="Times New Roman" w:cs="Times New Roman"/>
          <w:color w:val="000000" w:themeColor="text1"/>
        </w:rPr>
        <w:lastRenderedPageBreak/>
        <w:t>3. QUADRO DELLE COMPETENZE</w:t>
      </w:r>
    </w:p>
    <w:p w14:paraId="048B73EA" w14:textId="77777777" w:rsidR="00073BD3" w:rsidRPr="00D43CE2" w:rsidRDefault="00DC0AF4">
      <w:pPr>
        <w:rPr>
          <w:rFonts w:ascii="Times New Roman" w:hAnsi="Times New Roman" w:cs="Times New Roman"/>
          <w:b/>
          <w:bCs/>
          <w:lang w:val="it-IT"/>
        </w:rPr>
      </w:pPr>
      <w:r w:rsidRPr="00D43CE2">
        <w:rPr>
          <w:rFonts w:ascii="Times New Roman" w:hAnsi="Times New Roman" w:cs="Times New Roman"/>
          <w:b/>
          <w:bCs/>
          <w:lang w:val="it-IT"/>
        </w:rPr>
        <w:t>3.1 Competenze chiave di cittadinanza trasversali da perseguire a conclusione dell’obbligo scolastico.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405"/>
        <w:gridCol w:w="2694"/>
        <w:gridCol w:w="4863"/>
      </w:tblGrid>
      <w:tr w:rsidR="00073BD3" w:rsidRPr="008C46FF" w14:paraId="6E550A70" w14:textId="77777777" w:rsidTr="00921A0F">
        <w:tc>
          <w:tcPr>
            <w:tcW w:w="1207" w:type="pct"/>
            <w:vAlign w:val="center"/>
          </w:tcPr>
          <w:p w14:paraId="74EA7BBF" w14:textId="77777777" w:rsidR="00073BD3" w:rsidRPr="00D43CE2" w:rsidRDefault="00DC0AF4" w:rsidP="00921A0F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43CE2">
              <w:rPr>
                <w:rFonts w:ascii="Times New Roman" w:hAnsi="Times New Roman" w:cs="Times New Roman"/>
                <w:b/>
                <w:bCs/>
              </w:rPr>
              <w:t>Ambito</w:t>
            </w:r>
            <w:proofErr w:type="spellEnd"/>
            <w:r w:rsidRPr="00D43CE2">
              <w:rPr>
                <w:rFonts w:ascii="Times New Roman" w:hAnsi="Times New Roman" w:cs="Times New Roman"/>
                <w:b/>
                <w:bCs/>
              </w:rPr>
              <w:t xml:space="preserve"> di </w:t>
            </w:r>
            <w:proofErr w:type="spellStart"/>
            <w:r w:rsidRPr="00D43CE2">
              <w:rPr>
                <w:rFonts w:ascii="Times New Roman" w:hAnsi="Times New Roman" w:cs="Times New Roman"/>
                <w:b/>
                <w:bCs/>
              </w:rPr>
              <w:t>riferimento</w:t>
            </w:r>
            <w:proofErr w:type="spellEnd"/>
          </w:p>
        </w:tc>
        <w:tc>
          <w:tcPr>
            <w:tcW w:w="1352" w:type="pct"/>
            <w:vAlign w:val="center"/>
          </w:tcPr>
          <w:p w14:paraId="629A40E0" w14:textId="77777777" w:rsidR="00073BD3" w:rsidRPr="00D43CE2" w:rsidRDefault="00DC0AF4" w:rsidP="00921A0F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43CE2">
              <w:rPr>
                <w:rFonts w:ascii="Times New Roman" w:hAnsi="Times New Roman" w:cs="Times New Roman"/>
                <w:b/>
                <w:bCs/>
              </w:rPr>
              <w:t>Competenze</w:t>
            </w:r>
            <w:proofErr w:type="spellEnd"/>
            <w:r w:rsidRPr="00D43CE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43CE2">
              <w:rPr>
                <w:rFonts w:ascii="Times New Roman" w:hAnsi="Times New Roman" w:cs="Times New Roman"/>
                <w:b/>
                <w:bCs/>
              </w:rPr>
              <w:t>chiave</w:t>
            </w:r>
            <w:proofErr w:type="spellEnd"/>
          </w:p>
        </w:tc>
        <w:tc>
          <w:tcPr>
            <w:tcW w:w="2441" w:type="pct"/>
            <w:vAlign w:val="center"/>
          </w:tcPr>
          <w:p w14:paraId="7D65E7BF" w14:textId="77777777" w:rsidR="00921A0F" w:rsidRDefault="00DC0AF4" w:rsidP="00921A0F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</w:pPr>
            <w:r w:rsidRPr="00D43CE2"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  <w:t>Capacità / Indicatori osservabili</w:t>
            </w:r>
          </w:p>
          <w:p w14:paraId="52B7C031" w14:textId="69B91BA1" w:rsidR="00073BD3" w:rsidRPr="00D43CE2" w:rsidRDefault="00DC0AF4" w:rsidP="00921A0F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</w:pPr>
            <w:r w:rsidRPr="00D43C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>(Ogni docente indichi le capacità che si intendono sviluppare in</w:t>
            </w:r>
            <w:r w:rsidRPr="00D43CE2"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  <w:t xml:space="preserve"> </w:t>
            </w:r>
            <w:r w:rsidRPr="00D43CE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it-IT"/>
              </w:rPr>
              <w:t>modo particolare nell’A.S. in corso)</w:t>
            </w:r>
          </w:p>
        </w:tc>
      </w:tr>
      <w:tr w:rsidR="00073BD3" w:rsidRPr="008C46FF" w14:paraId="47A3729E" w14:textId="77777777" w:rsidTr="007F4AA3">
        <w:tc>
          <w:tcPr>
            <w:tcW w:w="1207" w:type="pct"/>
          </w:tcPr>
          <w:p w14:paraId="4F7E6771" w14:textId="77777777" w:rsidR="00073BD3" w:rsidRPr="00D43CE2" w:rsidRDefault="00DC0AF4" w:rsidP="007F4AA3">
            <w:pPr>
              <w:spacing w:before="60" w:after="60"/>
              <w:rPr>
                <w:rFonts w:ascii="Times New Roman" w:hAnsi="Times New Roman" w:cs="Times New Roman"/>
              </w:rPr>
            </w:pPr>
            <w:proofErr w:type="spellStart"/>
            <w:r w:rsidRPr="00D43CE2">
              <w:rPr>
                <w:rFonts w:ascii="Times New Roman" w:hAnsi="Times New Roman" w:cs="Times New Roman"/>
              </w:rPr>
              <w:t>Costruzione</w:t>
            </w:r>
            <w:proofErr w:type="spellEnd"/>
            <w:r w:rsidRPr="00D43CE2">
              <w:rPr>
                <w:rFonts w:ascii="Times New Roman" w:hAnsi="Times New Roman" w:cs="Times New Roman"/>
              </w:rPr>
              <w:t xml:space="preserve"> del </w:t>
            </w:r>
            <w:proofErr w:type="spellStart"/>
            <w:r w:rsidRPr="00D43CE2">
              <w:rPr>
                <w:rFonts w:ascii="Times New Roman" w:hAnsi="Times New Roman" w:cs="Times New Roman"/>
              </w:rPr>
              <w:t>sé</w:t>
            </w:r>
            <w:proofErr w:type="spellEnd"/>
          </w:p>
        </w:tc>
        <w:tc>
          <w:tcPr>
            <w:tcW w:w="1352" w:type="pct"/>
          </w:tcPr>
          <w:p w14:paraId="4A9A1321" w14:textId="77777777" w:rsidR="007F4AA3" w:rsidRPr="007F4AA3" w:rsidRDefault="00DC0AF4" w:rsidP="007F4AA3">
            <w:pPr>
              <w:pStyle w:val="Paragrafoelenco"/>
              <w:numPr>
                <w:ilvl w:val="0"/>
                <w:numId w:val="10"/>
              </w:numPr>
              <w:spacing w:before="60" w:after="60"/>
              <w:ind w:left="176" w:hanging="176"/>
              <w:contextualSpacing w:val="0"/>
              <w:rPr>
                <w:rFonts w:ascii="Times New Roman" w:hAnsi="Times New Roman" w:cs="Times New Roman"/>
                <w:lang w:val="it-IT"/>
              </w:rPr>
            </w:pPr>
            <w:r w:rsidRPr="007F4AA3">
              <w:rPr>
                <w:rFonts w:ascii="Times New Roman" w:hAnsi="Times New Roman" w:cs="Times New Roman"/>
                <w:lang w:val="it-IT"/>
              </w:rPr>
              <w:t>Imparare a imparare</w:t>
            </w:r>
          </w:p>
          <w:p w14:paraId="3F534486" w14:textId="15FE9298" w:rsidR="00073BD3" w:rsidRPr="007F4AA3" w:rsidRDefault="00DC0AF4" w:rsidP="007F4AA3">
            <w:pPr>
              <w:pStyle w:val="Paragrafoelenco"/>
              <w:numPr>
                <w:ilvl w:val="0"/>
                <w:numId w:val="10"/>
              </w:numPr>
              <w:spacing w:before="60" w:after="60"/>
              <w:ind w:left="176" w:hanging="176"/>
              <w:contextualSpacing w:val="0"/>
              <w:rPr>
                <w:rFonts w:ascii="Times New Roman" w:hAnsi="Times New Roman" w:cs="Times New Roman"/>
                <w:lang w:val="it-IT"/>
              </w:rPr>
            </w:pPr>
            <w:r w:rsidRPr="007F4AA3">
              <w:rPr>
                <w:rFonts w:ascii="Times New Roman" w:hAnsi="Times New Roman" w:cs="Times New Roman"/>
                <w:lang w:val="it-IT"/>
              </w:rPr>
              <w:t>Competenza imprenditoriale Cittadinanza attiva</w:t>
            </w:r>
          </w:p>
        </w:tc>
        <w:tc>
          <w:tcPr>
            <w:tcW w:w="2441" w:type="pct"/>
          </w:tcPr>
          <w:p w14:paraId="13446651" w14:textId="36177E9C" w:rsidR="00DC0AF4" w:rsidRPr="00D43CE2" w:rsidRDefault="00DC0AF4" w:rsidP="007F4AA3">
            <w:pPr>
              <w:spacing w:before="60" w:after="60"/>
              <w:ind w:left="232" w:hanging="232"/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>Essere capace di:</w:t>
            </w:r>
          </w:p>
          <w:p w14:paraId="2BA3696D" w14:textId="0593D44E" w:rsidR="00DC0AF4" w:rsidRPr="00D43CE2" w:rsidRDefault="00DC0AF4" w:rsidP="007F4AA3">
            <w:pPr>
              <w:spacing w:before="60" w:after="60"/>
              <w:ind w:left="232" w:hanging="232"/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>□</w:t>
            </w:r>
            <w:r w:rsidRPr="00D43CE2">
              <w:rPr>
                <w:rFonts w:ascii="Times New Roman" w:hAnsi="Times New Roman" w:cs="Times New Roman"/>
                <w:lang w:val="it-IT"/>
              </w:rPr>
              <w:tab/>
              <w:t>organizzare e gestire il proprio apprendimento</w:t>
            </w:r>
          </w:p>
          <w:p w14:paraId="37103D49" w14:textId="77777777" w:rsidR="00DC0AF4" w:rsidRPr="00D43CE2" w:rsidRDefault="00DC0AF4" w:rsidP="007F4AA3">
            <w:pPr>
              <w:spacing w:before="60" w:after="60"/>
              <w:ind w:left="232" w:hanging="232"/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>□</w:t>
            </w:r>
            <w:r w:rsidRPr="00D43CE2">
              <w:rPr>
                <w:rFonts w:ascii="Times New Roman" w:hAnsi="Times New Roman" w:cs="Times New Roman"/>
                <w:lang w:val="it-IT"/>
              </w:rPr>
              <w:tab/>
              <w:t>utilizzare un proprio metodo di studio e di lavoro</w:t>
            </w:r>
          </w:p>
          <w:p w14:paraId="7878A6C9" w14:textId="050BE653" w:rsidR="00073BD3" w:rsidRPr="00D43CE2" w:rsidRDefault="00DC0AF4" w:rsidP="007F4AA3">
            <w:pPr>
              <w:spacing w:before="60" w:after="60"/>
              <w:ind w:left="232" w:hanging="232"/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>□</w:t>
            </w:r>
            <w:r w:rsidRPr="00D43CE2">
              <w:rPr>
                <w:rFonts w:ascii="Times New Roman" w:hAnsi="Times New Roman" w:cs="Times New Roman"/>
                <w:lang w:val="it-IT"/>
              </w:rPr>
              <w:tab/>
              <w:t>elaborare e realizzare attività seguendo la logica della progettazione</w:t>
            </w:r>
          </w:p>
        </w:tc>
      </w:tr>
      <w:tr w:rsidR="00073BD3" w:rsidRPr="008C46FF" w14:paraId="59DB4C01" w14:textId="77777777" w:rsidTr="007F4AA3">
        <w:tc>
          <w:tcPr>
            <w:tcW w:w="1207" w:type="pct"/>
          </w:tcPr>
          <w:p w14:paraId="6470EC24" w14:textId="77777777" w:rsidR="00073BD3" w:rsidRPr="00D43CE2" w:rsidRDefault="00DC0AF4" w:rsidP="007F4AA3">
            <w:pPr>
              <w:spacing w:before="60" w:after="60"/>
              <w:rPr>
                <w:rFonts w:ascii="Times New Roman" w:hAnsi="Times New Roman" w:cs="Times New Roman"/>
              </w:rPr>
            </w:pPr>
            <w:proofErr w:type="spellStart"/>
            <w:r w:rsidRPr="00D43CE2">
              <w:rPr>
                <w:rFonts w:ascii="Times New Roman" w:hAnsi="Times New Roman" w:cs="Times New Roman"/>
              </w:rPr>
              <w:t>Relazione</w:t>
            </w:r>
            <w:proofErr w:type="spellEnd"/>
            <w:r w:rsidRPr="00D43CE2">
              <w:rPr>
                <w:rFonts w:ascii="Times New Roman" w:hAnsi="Times New Roman" w:cs="Times New Roman"/>
              </w:rPr>
              <w:t xml:space="preserve"> con </w:t>
            </w:r>
            <w:proofErr w:type="spellStart"/>
            <w:r w:rsidRPr="00D43CE2">
              <w:rPr>
                <w:rFonts w:ascii="Times New Roman" w:hAnsi="Times New Roman" w:cs="Times New Roman"/>
              </w:rPr>
              <w:t>gli</w:t>
            </w:r>
            <w:proofErr w:type="spellEnd"/>
            <w:r w:rsidRPr="00D43CE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3CE2">
              <w:rPr>
                <w:rFonts w:ascii="Times New Roman" w:hAnsi="Times New Roman" w:cs="Times New Roman"/>
              </w:rPr>
              <w:t>altri</w:t>
            </w:r>
            <w:proofErr w:type="spellEnd"/>
          </w:p>
        </w:tc>
        <w:tc>
          <w:tcPr>
            <w:tcW w:w="1352" w:type="pct"/>
          </w:tcPr>
          <w:p w14:paraId="616C7FD7" w14:textId="77777777" w:rsidR="007F4AA3" w:rsidRPr="007F4AA3" w:rsidRDefault="00DC0AF4" w:rsidP="007F4AA3">
            <w:pPr>
              <w:pStyle w:val="Paragrafoelenco"/>
              <w:numPr>
                <w:ilvl w:val="0"/>
                <w:numId w:val="10"/>
              </w:numPr>
              <w:spacing w:before="60" w:after="60"/>
              <w:ind w:left="176" w:hanging="176"/>
              <w:contextualSpacing w:val="0"/>
              <w:rPr>
                <w:rFonts w:ascii="Times New Roman" w:hAnsi="Times New Roman" w:cs="Times New Roman"/>
              </w:rPr>
            </w:pPr>
            <w:proofErr w:type="spellStart"/>
            <w:r w:rsidRPr="007F4AA3">
              <w:rPr>
                <w:rFonts w:ascii="Times New Roman" w:hAnsi="Times New Roman" w:cs="Times New Roman"/>
              </w:rPr>
              <w:t>Competenza</w:t>
            </w:r>
            <w:proofErr w:type="spellEnd"/>
            <w:r w:rsidRPr="007F4A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4AA3">
              <w:rPr>
                <w:rFonts w:ascii="Times New Roman" w:hAnsi="Times New Roman" w:cs="Times New Roman"/>
              </w:rPr>
              <w:t>sociale</w:t>
            </w:r>
            <w:proofErr w:type="spellEnd"/>
          </w:p>
          <w:p w14:paraId="5B200BA0" w14:textId="2DA68FC9" w:rsidR="00073BD3" w:rsidRPr="007F4AA3" w:rsidRDefault="00DC0AF4" w:rsidP="007F4AA3">
            <w:pPr>
              <w:pStyle w:val="Paragrafoelenco"/>
              <w:numPr>
                <w:ilvl w:val="0"/>
                <w:numId w:val="10"/>
              </w:numPr>
              <w:spacing w:before="60" w:after="60"/>
              <w:ind w:left="176" w:hanging="176"/>
              <w:contextualSpacing w:val="0"/>
              <w:rPr>
                <w:rFonts w:ascii="Times New Roman" w:hAnsi="Times New Roman" w:cs="Times New Roman"/>
              </w:rPr>
            </w:pPr>
            <w:proofErr w:type="spellStart"/>
            <w:r w:rsidRPr="007F4AA3">
              <w:rPr>
                <w:rFonts w:ascii="Times New Roman" w:hAnsi="Times New Roman" w:cs="Times New Roman"/>
              </w:rPr>
              <w:t>Competenza</w:t>
            </w:r>
            <w:proofErr w:type="spellEnd"/>
            <w:r w:rsidRPr="007F4A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4AA3">
              <w:rPr>
                <w:rFonts w:ascii="Times New Roman" w:hAnsi="Times New Roman" w:cs="Times New Roman"/>
              </w:rPr>
              <w:t>digitale</w:t>
            </w:r>
            <w:proofErr w:type="spellEnd"/>
          </w:p>
        </w:tc>
        <w:tc>
          <w:tcPr>
            <w:tcW w:w="2441" w:type="pct"/>
          </w:tcPr>
          <w:p w14:paraId="18218BC7" w14:textId="5A5706C8" w:rsidR="00DC0AF4" w:rsidRPr="00D43CE2" w:rsidRDefault="00DC0AF4" w:rsidP="007F4AA3">
            <w:pPr>
              <w:spacing w:before="60" w:after="60"/>
              <w:ind w:left="232" w:hanging="232"/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>Essere capace di:</w:t>
            </w:r>
          </w:p>
          <w:p w14:paraId="59FC030B" w14:textId="77777777" w:rsidR="00DC0AF4" w:rsidRPr="00D43CE2" w:rsidRDefault="00DC0AF4" w:rsidP="007F4AA3">
            <w:pPr>
              <w:spacing w:before="60" w:after="60"/>
              <w:ind w:left="232" w:hanging="232"/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>□</w:t>
            </w:r>
            <w:r w:rsidRPr="00D43CE2">
              <w:rPr>
                <w:rFonts w:ascii="Times New Roman" w:hAnsi="Times New Roman" w:cs="Times New Roman"/>
                <w:lang w:val="it-IT"/>
              </w:rPr>
              <w:tab/>
              <w:t>comprendere e rappresentare testi e messaggi di genere e di complessità diversi, formulati con linguaggi e supporti diversi.</w:t>
            </w:r>
          </w:p>
          <w:p w14:paraId="776ADE33" w14:textId="340DAE37" w:rsidR="00073BD3" w:rsidRPr="00D43CE2" w:rsidRDefault="00DC0AF4" w:rsidP="007F4AA3">
            <w:pPr>
              <w:spacing w:before="60" w:after="60"/>
              <w:ind w:left="232" w:hanging="232"/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>□</w:t>
            </w:r>
            <w:r w:rsidRPr="00D43CE2">
              <w:rPr>
                <w:rFonts w:ascii="Times New Roman" w:hAnsi="Times New Roman" w:cs="Times New Roman"/>
                <w:lang w:val="it-IT"/>
              </w:rPr>
              <w:tab/>
              <w:t>Lavorare, interagire con gli altri in precise e specifiche attività collettive.</w:t>
            </w:r>
          </w:p>
        </w:tc>
      </w:tr>
      <w:tr w:rsidR="00073BD3" w:rsidRPr="008C46FF" w14:paraId="64FBDBA3" w14:textId="77777777" w:rsidTr="007F4AA3">
        <w:tc>
          <w:tcPr>
            <w:tcW w:w="1207" w:type="pct"/>
          </w:tcPr>
          <w:p w14:paraId="4CFF9768" w14:textId="77777777" w:rsidR="00073BD3" w:rsidRPr="00D43CE2" w:rsidRDefault="00DC0AF4" w:rsidP="007F4AA3">
            <w:pPr>
              <w:spacing w:before="60" w:after="60"/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>Rapporto con la realtà naturale e sociale</w:t>
            </w:r>
          </w:p>
        </w:tc>
        <w:tc>
          <w:tcPr>
            <w:tcW w:w="1352" w:type="pct"/>
          </w:tcPr>
          <w:p w14:paraId="59FBF3B7" w14:textId="77777777" w:rsidR="007F4AA3" w:rsidRPr="007F4AA3" w:rsidRDefault="00DC0AF4" w:rsidP="007F4AA3">
            <w:pPr>
              <w:pStyle w:val="Paragrafoelenco"/>
              <w:numPr>
                <w:ilvl w:val="0"/>
                <w:numId w:val="10"/>
              </w:numPr>
              <w:spacing w:before="60" w:after="60"/>
              <w:ind w:left="176" w:hanging="176"/>
              <w:contextualSpacing w:val="0"/>
              <w:rPr>
                <w:rFonts w:ascii="Times New Roman" w:hAnsi="Times New Roman" w:cs="Times New Roman"/>
                <w:lang w:val="it-IT"/>
              </w:rPr>
            </w:pPr>
            <w:r w:rsidRPr="007F4AA3">
              <w:rPr>
                <w:rFonts w:ascii="Times New Roman" w:hAnsi="Times New Roman" w:cs="Times New Roman"/>
                <w:lang w:val="it-IT"/>
              </w:rPr>
              <w:t>Risolvere problemi</w:t>
            </w:r>
          </w:p>
          <w:p w14:paraId="77876E36" w14:textId="77777777" w:rsidR="007F4AA3" w:rsidRPr="007F4AA3" w:rsidRDefault="00DC0AF4" w:rsidP="007F4AA3">
            <w:pPr>
              <w:pStyle w:val="Paragrafoelenco"/>
              <w:numPr>
                <w:ilvl w:val="0"/>
                <w:numId w:val="10"/>
              </w:numPr>
              <w:spacing w:before="60" w:after="60"/>
              <w:ind w:left="176" w:hanging="176"/>
              <w:contextualSpacing w:val="0"/>
              <w:rPr>
                <w:rFonts w:ascii="Times New Roman" w:hAnsi="Times New Roman" w:cs="Times New Roman"/>
                <w:lang w:val="it-IT"/>
              </w:rPr>
            </w:pPr>
            <w:r w:rsidRPr="007F4AA3">
              <w:rPr>
                <w:rFonts w:ascii="Times New Roman" w:hAnsi="Times New Roman" w:cs="Times New Roman"/>
                <w:lang w:val="it-IT"/>
              </w:rPr>
              <w:t>Individuare collegamenti e relazioni</w:t>
            </w:r>
          </w:p>
          <w:p w14:paraId="046050D8" w14:textId="538D872B" w:rsidR="00073BD3" w:rsidRPr="007F4AA3" w:rsidRDefault="00DC0AF4" w:rsidP="007F4AA3">
            <w:pPr>
              <w:pStyle w:val="Paragrafoelenco"/>
              <w:numPr>
                <w:ilvl w:val="0"/>
                <w:numId w:val="10"/>
              </w:numPr>
              <w:spacing w:before="60" w:after="60"/>
              <w:ind w:left="176" w:hanging="176"/>
              <w:contextualSpacing w:val="0"/>
              <w:rPr>
                <w:rFonts w:ascii="Times New Roman" w:hAnsi="Times New Roman" w:cs="Times New Roman"/>
                <w:lang w:val="it-IT"/>
              </w:rPr>
            </w:pPr>
            <w:r w:rsidRPr="007F4AA3">
              <w:rPr>
                <w:rFonts w:ascii="Times New Roman" w:hAnsi="Times New Roman" w:cs="Times New Roman"/>
                <w:lang w:val="it-IT"/>
              </w:rPr>
              <w:t>Interpretare informazioni</w:t>
            </w:r>
          </w:p>
        </w:tc>
        <w:tc>
          <w:tcPr>
            <w:tcW w:w="2441" w:type="pct"/>
          </w:tcPr>
          <w:p w14:paraId="314D4CBE" w14:textId="16B05404" w:rsidR="00DC0AF4" w:rsidRPr="00D43CE2" w:rsidRDefault="00DC0AF4" w:rsidP="007F4AA3">
            <w:pPr>
              <w:spacing w:before="60" w:after="60"/>
              <w:ind w:left="232" w:hanging="232"/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>Essere capace di:</w:t>
            </w:r>
          </w:p>
          <w:p w14:paraId="7D85E0D9" w14:textId="77777777" w:rsidR="00DC0AF4" w:rsidRPr="00D43CE2" w:rsidRDefault="00DC0AF4" w:rsidP="007F4AA3">
            <w:pPr>
              <w:spacing w:before="60" w:after="60"/>
              <w:ind w:left="232" w:hanging="232"/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>□</w:t>
            </w:r>
            <w:r w:rsidRPr="00D43CE2">
              <w:rPr>
                <w:rFonts w:ascii="Times New Roman" w:hAnsi="Times New Roman" w:cs="Times New Roman"/>
                <w:lang w:val="it-IT"/>
              </w:rPr>
              <w:tab/>
              <w:t>comprendere, interpretare ed intervenire in modo personale negli eventi del mondo</w:t>
            </w:r>
          </w:p>
          <w:p w14:paraId="140FDE25" w14:textId="77777777" w:rsidR="00DC0AF4" w:rsidRPr="00D43CE2" w:rsidRDefault="00DC0AF4" w:rsidP="007F4AA3">
            <w:pPr>
              <w:spacing w:before="60" w:after="60"/>
              <w:ind w:left="232" w:hanging="232"/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>□</w:t>
            </w:r>
            <w:r w:rsidRPr="00D43CE2">
              <w:rPr>
                <w:rFonts w:ascii="Times New Roman" w:hAnsi="Times New Roman" w:cs="Times New Roman"/>
                <w:lang w:val="it-IT"/>
              </w:rPr>
              <w:tab/>
              <w:t>costruire conoscenze significative e dotate di senso</w:t>
            </w:r>
          </w:p>
          <w:p w14:paraId="7E0A1CB2" w14:textId="3FC9E7EA" w:rsidR="00073BD3" w:rsidRPr="00D43CE2" w:rsidRDefault="00DC0AF4" w:rsidP="007F4AA3">
            <w:pPr>
              <w:spacing w:before="60" w:after="60"/>
              <w:ind w:left="232" w:hanging="232"/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>□</w:t>
            </w:r>
            <w:r w:rsidRPr="00D43CE2">
              <w:rPr>
                <w:rFonts w:ascii="Times New Roman" w:hAnsi="Times New Roman" w:cs="Times New Roman"/>
                <w:lang w:val="it-IT"/>
              </w:rPr>
              <w:tab/>
              <w:t>esplicitare giudizi critici distinguendo i fatti dalle operazioni, gli eventi dalle congetture, le cause dagli effetti</w:t>
            </w:r>
          </w:p>
        </w:tc>
      </w:tr>
    </w:tbl>
    <w:p w14:paraId="2D25E989" w14:textId="1309E2AA" w:rsidR="00073BD3" w:rsidRPr="00D43CE2" w:rsidRDefault="00DC0AF4" w:rsidP="006A67C8">
      <w:pPr>
        <w:spacing w:before="240" w:after="120"/>
        <w:rPr>
          <w:rFonts w:ascii="Times New Roman" w:hAnsi="Times New Roman" w:cs="Times New Roman"/>
          <w:b/>
          <w:bCs/>
          <w:lang w:val="it-IT"/>
        </w:rPr>
      </w:pPr>
      <w:r w:rsidRPr="00D43CE2">
        <w:rPr>
          <w:rFonts w:ascii="Times New Roman" w:hAnsi="Times New Roman" w:cs="Times New Roman"/>
          <w:b/>
          <w:bCs/>
          <w:lang w:val="it-IT"/>
        </w:rPr>
        <w:t>3.2 Competenze degli assi culturali (spuntare l’asse di riferimento):</w:t>
      </w:r>
    </w:p>
    <w:p w14:paraId="227D0723" w14:textId="62554EDB" w:rsidR="00073BD3" w:rsidRPr="00D43CE2" w:rsidRDefault="00DC0AF4" w:rsidP="00921A0F">
      <w:pPr>
        <w:tabs>
          <w:tab w:val="left" w:pos="2268"/>
          <w:tab w:val="left" w:pos="4395"/>
          <w:tab w:val="left" w:pos="7513"/>
        </w:tabs>
        <w:spacing w:after="120"/>
        <w:rPr>
          <w:rFonts w:ascii="Times New Roman" w:hAnsi="Times New Roman" w:cs="Times New Roman"/>
          <w:lang w:val="it-IT"/>
        </w:rPr>
      </w:pPr>
      <w:r w:rsidRPr="00D43CE2">
        <w:rPr>
          <w:rFonts w:ascii="Segoe UI Symbol" w:hAnsi="Segoe UI Symbol" w:cs="Segoe UI Symbol"/>
          <w:lang w:val="it-IT"/>
        </w:rPr>
        <w:t>☐</w:t>
      </w:r>
      <w:r w:rsidRPr="00D43CE2">
        <w:rPr>
          <w:rFonts w:ascii="Times New Roman" w:hAnsi="Times New Roman" w:cs="Times New Roman"/>
          <w:lang w:val="it-IT"/>
        </w:rPr>
        <w:t xml:space="preserve"> Asse dei </w:t>
      </w:r>
      <w:r w:rsidR="0000526D" w:rsidRPr="00D43CE2">
        <w:rPr>
          <w:rFonts w:ascii="Times New Roman" w:hAnsi="Times New Roman" w:cs="Times New Roman"/>
          <w:lang w:val="it-IT"/>
        </w:rPr>
        <w:t>linguaggi</w:t>
      </w:r>
      <w:r w:rsidR="00921A0F" w:rsidRPr="00D43CE2">
        <w:rPr>
          <w:rFonts w:ascii="Times New Roman" w:hAnsi="Times New Roman" w:cs="Times New Roman"/>
          <w:lang w:val="it-IT"/>
        </w:rPr>
        <w:tab/>
      </w:r>
      <w:r w:rsidR="0000526D" w:rsidRPr="00D43CE2">
        <w:rPr>
          <w:rFonts w:ascii="Segoe UI Symbol" w:hAnsi="Segoe UI Symbol" w:cs="Segoe UI Symbol"/>
          <w:lang w:val="it-IT"/>
        </w:rPr>
        <w:t>☐</w:t>
      </w:r>
      <w:r w:rsidRPr="00D43CE2">
        <w:rPr>
          <w:rFonts w:ascii="Times New Roman" w:hAnsi="Times New Roman" w:cs="Times New Roman"/>
          <w:lang w:val="it-IT"/>
        </w:rPr>
        <w:t xml:space="preserve"> Asse </w:t>
      </w:r>
      <w:r w:rsidR="0000526D" w:rsidRPr="00D43CE2">
        <w:rPr>
          <w:rFonts w:ascii="Times New Roman" w:hAnsi="Times New Roman" w:cs="Times New Roman"/>
          <w:lang w:val="it-IT"/>
        </w:rPr>
        <w:t>matematico</w:t>
      </w:r>
      <w:r w:rsidR="00921A0F" w:rsidRPr="00D43CE2">
        <w:rPr>
          <w:rFonts w:ascii="Times New Roman" w:hAnsi="Times New Roman" w:cs="Times New Roman"/>
          <w:lang w:val="it-IT"/>
        </w:rPr>
        <w:tab/>
      </w:r>
      <w:r w:rsidR="0000526D" w:rsidRPr="00D43CE2">
        <w:rPr>
          <w:rFonts w:ascii="Segoe UI Symbol" w:hAnsi="Segoe UI Symbol" w:cs="Segoe UI Symbol"/>
          <w:lang w:val="it-IT"/>
        </w:rPr>
        <w:t>☐</w:t>
      </w:r>
      <w:r w:rsidRPr="00D43CE2">
        <w:rPr>
          <w:rFonts w:ascii="Times New Roman" w:hAnsi="Times New Roman" w:cs="Times New Roman"/>
          <w:lang w:val="it-IT"/>
        </w:rPr>
        <w:t xml:space="preserve"> Asse scientifico-</w:t>
      </w:r>
      <w:r w:rsidR="0000526D" w:rsidRPr="00D43CE2">
        <w:rPr>
          <w:rFonts w:ascii="Times New Roman" w:hAnsi="Times New Roman" w:cs="Times New Roman"/>
          <w:lang w:val="it-IT"/>
        </w:rPr>
        <w:t>tecnologico</w:t>
      </w:r>
      <w:r w:rsidR="00921A0F" w:rsidRPr="00D43CE2">
        <w:rPr>
          <w:rFonts w:ascii="Times New Roman" w:hAnsi="Times New Roman" w:cs="Times New Roman"/>
          <w:lang w:val="it-IT"/>
        </w:rPr>
        <w:tab/>
      </w:r>
      <w:r w:rsidR="0000526D" w:rsidRPr="00D43CE2">
        <w:rPr>
          <w:rFonts w:ascii="Segoe UI Symbol" w:hAnsi="Segoe UI Symbol" w:cs="Segoe UI Symbol"/>
          <w:lang w:val="it-IT"/>
        </w:rPr>
        <w:t>☐</w:t>
      </w:r>
      <w:r w:rsidRPr="00D43CE2">
        <w:rPr>
          <w:rFonts w:ascii="Times New Roman" w:hAnsi="Times New Roman" w:cs="Times New Roman"/>
          <w:lang w:val="it-IT"/>
        </w:rPr>
        <w:t xml:space="preserve"> Asse storico-sociale</w:t>
      </w:r>
    </w:p>
    <w:p w14:paraId="31877F71" w14:textId="77777777" w:rsidR="00073BD3" w:rsidRPr="00D43CE2" w:rsidRDefault="00DC0AF4">
      <w:pPr>
        <w:pStyle w:val="Titolo2"/>
        <w:rPr>
          <w:rFonts w:ascii="Times New Roman" w:hAnsi="Times New Roman" w:cs="Times New Roman"/>
          <w:color w:val="000000" w:themeColor="text1"/>
          <w:lang w:val="it-IT"/>
        </w:rPr>
      </w:pPr>
      <w:r w:rsidRPr="00D43CE2">
        <w:rPr>
          <w:rFonts w:ascii="Times New Roman" w:hAnsi="Times New Roman" w:cs="Times New Roman"/>
          <w:color w:val="000000" w:themeColor="text1"/>
          <w:lang w:val="it-IT"/>
        </w:rPr>
        <w:t>4. ARTICOLAZIONE DELLE COMPETENZE IN ABILITÀ E CONOSCENZE</w:t>
      </w:r>
    </w:p>
    <w:p w14:paraId="3630CE98" w14:textId="04ADFDC3" w:rsidR="00073BD3" w:rsidRPr="00D43CE2" w:rsidRDefault="00DC0AF4" w:rsidP="006A67C8">
      <w:pPr>
        <w:spacing w:before="120" w:after="120"/>
        <w:rPr>
          <w:rFonts w:ascii="Times New Roman" w:hAnsi="Times New Roman" w:cs="Times New Roman"/>
        </w:rPr>
      </w:pPr>
      <w:bookmarkStart w:id="1" w:name="_Hlk213345960"/>
      <w:proofErr w:type="spellStart"/>
      <w:r w:rsidRPr="00D43CE2">
        <w:rPr>
          <w:rFonts w:ascii="Times New Roman" w:hAnsi="Times New Roman" w:cs="Times New Roman"/>
        </w:rPr>
        <w:t>Competenza</w:t>
      </w:r>
      <w:proofErr w:type="spellEnd"/>
      <w:r w:rsidRPr="00D43CE2">
        <w:rPr>
          <w:rFonts w:ascii="Times New Roman" w:hAnsi="Times New Roman" w:cs="Times New Roman"/>
        </w:rPr>
        <w:t xml:space="preserve"> n.1 (Asse __________________________</w:t>
      </w:r>
      <w:r w:rsidR="00EA1EED">
        <w:rPr>
          <w:rFonts w:ascii="Times New Roman" w:hAnsi="Times New Roman" w:cs="Times New Roman"/>
        </w:rPr>
        <w:t>______________</w:t>
      </w:r>
      <w:proofErr w:type="gramStart"/>
      <w:r w:rsidR="00EA1EED">
        <w:rPr>
          <w:rFonts w:ascii="Times New Roman" w:hAnsi="Times New Roman" w:cs="Times New Roman"/>
        </w:rPr>
        <w:t>_</w:t>
      </w:r>
      <w:r w:rsidR="006A67C8">
        <w:rPr>
          <w:rFonts w:ascii="Times New Roman" w:hAnsi="Times New Roman" w:cs="Times New Roman"/>
        </w:rPr>
        <w:t xml:space="preserve"> </w:t>
      </w:r>
      <w:r w:rsidR="00EA1EED">
        <w:rPr>
          <w:rFonts w:ascii="Times New Roman" w:hAnsi="Times New Roman" w:cs="Times New Roman"/>
        </w:rPr>
        <w:t>)</w:t>
      </w:r>
      <w:proofErr w:type="gramEnd"/>
      <w:r w:rsidR="00EA1EED">
        <w:rPr>
          <w:rFonts w:ascii="Times New Roman" w:hAnsi="Times New Roman" w:cs="Times New Roman"/>
        </w:rPr>
        <w:t>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816"/>
        <w:gridCol w:w="5146"/>
      </w:tblGrid>
      <w:tr w:rsidR="00073BD3" w:rsidRPr="00D43CE2" w14:paraId="30C977C6" w14:textId="77777777" w:rsidTr="00EA1EED">
        <w:tc>
          <w:tcPr>
            <w:tcW w:w="2417" w:type="pct"/>
          </w:tcPr>
          <w:p w14:paraId="09726E12" w14:textId="77777777" w:rsidR="00073BD3" w:rsidRPr="00D43CE2" w:rsidRDefault="00DC0AF4">
            <w:pPr>
              <w:rPr>
                <w:rFonts w:ascii="Times New Roman" w:hAnsi="Times New Roman" w:cs="Times New Roman"/>
              </w:rPr>
            </w:pPr>
            <w:bookmarkStart w:id="2" w:name="_Hlk213346016"/>
            <w:proofErr w:type="spellStart"/>
            <w:r w:rsidRPr="00D43CE2">
              <w:rPr>
                <w:rFonts w:ascii="Times New Roman" w:hAnsi="Times New Roman" w:cs="Times New Roman"/>
              </w:rPr>
              <w:t>Conoscenze</w:t>
            </w:r>
            <w:proofErr w:type="spellEnd"/>
          </w:p>
        </w:tc>
        <w:tc>
          <w:tcPr>
            <w:tcW w:w="2583" w:type="pct"/>
          </w:tcPr>
          <w:p w14:paraId="05F55BA5" w14:textId="77777777" w:rsidR="00073BD3" w:rsidRPr="00D43CE2" w:rsidRDefault="00DC0AF4">
            <w:pPr>
              <w:rPr>
                <w:rFonts w:ascii="Times New Roman" w:hAnsi="Times New Roman" w:cs="Times New Roman"/>
              </w:rPr>
            </w:pPr>
            <w:proofErr w:type="spellStart"/>
            <w:r w:rsidRPr="00D43CE2">
              <w:rPr>
                <w:rFonts w:ascii="Times New Roman" w:hAnsi="Times New Roman" w:cs="Times New Roman"/>
              </w:rPr>
              <w:t>Abilità</w:t>
            </w:r>
            <w:proofErr w:type="spellEnd"/>
          </w:p>
        </w:tc>
      </w:tr>
      <w:tr w:rsidR="00073BD3" w:rsidRPr="00D43CE2" w14:paraId="7705D51E" w14:textId="77777777" w:rsidTr="00EA1EED">
        <w:tc>
          <w:tcPr>
            <w:tcW w:w="2417" w:type="pct"/>
          </w:tcPr>
          <w:p w14:paraId="4F7F3DDD" w14:textId="77777777" w:rsidR="00073BD3" w:rsidRDefault="00073BD3">
            <w:pPr>
              <w:rPr>
                <w:rFonts w:ascii="Times New Roman" w:hAnsi="Times New Roman" w:cs="Times New Roman"/>
              </w:rPr>
            </w:pPr>
          </w:p>
          <w:p w14:paraId="2A008BC2" w14:textId="77777777" w:rsidR="00EA1EED" w:rsidRDefault="00EA1EED">
            <w:pPr>
              <w:rPr>
                <w:rFonts w:ascii="Times New Roman" w:hAnsi="Times New Roman" w:cs="Times New Roman"/>
              </w:rPr>
            </w:pPr>
          </w:p>
          <w:p w14:paraId="457995DA" w14:textId="77777777" w:rsidR="00EA1EED" w:rsidRDefault="00EA1EED">
            <w:pPr>
              <w:rPr>
                <w:rFonts w:ascii="Times New Roman" w:hAnsi="Times New Roman" w:cs="Times New Roman"/>
              </w:rPr>
            </w:pPr>
          </w:p>
          <w:p w14:paraId="36F4B722" w14:textId="77777777" w:rsidR="00EA1EED" w:rsidRDefault="00EA1EED">
            <w:pPr>
              <w:rPr>
                <w:rFonts w:ascii="Times New Roman" w:hAnsi="Times New Roman" w:cs="Times New Roman"/>
              </w:rPr>
            </w:pPr>
          </w:p>
          <w:p w14:paraId="746A204E" w14:textId="77777777" w:rsidR="006A67C8" w:rsidRDefault="006A67C8">
            <w:pPr>
              <w:rPr>
                <w:rFonts w:ascii="Times New Roman" w:hAnsi="Times New Roman" w:cs="Times New Roman"/>
              </w:rPr>
            </w:pPr>
          </w:p>
          <w:p w14:paraId="71CCE49D" w14:textId="77777777" w:rsidR="00EA1EED" w:rsidRDefault="00EA1EED">
            <w:pPr>
              <w:rPr>
                <w:rFonts w:ascii="Times New Roman" w:hAnsi="Times New Roman" w:cs="Times New Roman"/>
              </w:rPr>
            </w:pPr>
          </w:p>
          <w:p w14:paraId="3C04AE90" w14:textId="77777777" w:rsidR="00EA1EED" w:rsidRPr="00D43CE2" w:rsidRDefault="00EA1E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3" w:type="pct"/>
          </w:tcPr>
          <w:p w14:paraId="19D7F01B" w14:textId="77777777" w:rsidR="00073BD3" w:rsidRDefault="00073BD3">
            <w:pPr>
              <w:rPr>
                <w:rFonts w:ascii="Times New Roman" w:hAnsi="Times New Roman" w:cs="Times New Roman"/>
              </w:rPr>
            </w:pPr>
          </w:p>
          <w:p w14:paraId="338A71F6" w14:textId="77777777" w:rsidR="00EA1EED" w:rsidRDefault="00EA1EED">
            <w:pPr>
              <w:rPr>
                <w:rFonts w:ascii="Times New Roman" w:hAnsi="Times New Roman" w:cs="Times New Roman"/>
              </w:rPr>
            </w:pPr>
          </w:p>
          <w:p w14:paraId="556BC518" w14:textId="77777777" w:rsidR="00EA1EED" w:rsidRDefault="00EA1EED">
            <w:pPr>
              <w:rPr>
                <w:rFonts w:ascii="Times New Roman" w:hAnsi="Times New Roman" w:cs="Times New Roman"/>
              </w:rPr>
            </w:pPr>
          </w:p>
          <w:p w14:paraId="0007A040" w14:textId="77777777" w:rsidR="00EA1EED" w:rsidRDefault="00EA1EED">
            <w:pPr>
              <w:rPr>
                <w:rFonts w:ascii="Times New Roman" w:hAnsi="Times New Roman" w:cs="Times New Roman"/>
              </w:rPr>
            </w:pPr>
          </w:p>
          <w:p w14:paraId="3EE76766" w14:textId="77777777" w:rsidR="006A67C8" w:rsidRDefault="006A67C8">
            <w:pPr>
              <w:rPr>
                <w:rFonts w:ascii="Times New Roman" w:hAnsi="Times New Roman" w:cs="Times New Roman"/>
              </w:rPr>
            </w:pPr>
          </w:p>
          <w:p w14:paraId="4AAD3879" w14:textId="77777777" w:rsidR="00EA1EED" w:rsidRDefault="00EA1EED">
            <w:pPr>
              <w:rPr>
                <w:rFonts w:ascii="Times New Roman" w:hAnsi="Times New Roman" w:cs="Times New Roman"/>
              </w:rPr>
            </w:pPr>
          </w:p>
          <w:p w14:paraId="1AA996AB" w14:textId="77777777" w:rsidR="00EA1EED" w:rsidRPr="00D43CE2" w:rsidRDefault="00EA1EED">
            <w:pPr>
              <w:rPr>
                <w:rFonts w:ascii="Times New Roman" w:hAnsi="Times New Roman" w:cs="Times New Roman"/>
              </w:rPr>
            </w:pPr>
          </w:p>
        </w:tc>
      </w:tr>
      <w:tr w:rsidR="00073BD3" w:rsidRPr="008C46FF" w14:paraId="323883F1" w14:textId="77777777" w:rsidTr="006F6A4B">
        <w:tc>
          <w:tcPr>
            <w:tcW w:w="5000" w:type="pct"/>
            <w:gridSpan w:val="2"/>
          </w:tcPr>
          <w:p w14:paraId="5BA5A3AB" w14:textId="77777777" w:rsidR="00073BD3" w:rsidRDefault="00DC0AF4">
            <w:pPr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>Indicatori osservabili / Strumenti di verifica:</w:t>
            </w:r>
          </w:p>
          <w:p w14:paraId="5C4C08EB" w14:textId="77777777" w:rsidR="00EA1EED" w:rsidRDefault="00EA1EED">
            <w:pPr>
              <w:rPr>
                <w:rFonts w:ascii="Times New Roman" w:hAnsi="Times New Roman" w:cs="Times New Roman"/>
                <w:lang w:val="it-IT"/>
              </w:rPr>
            </w:pPr>
          </w:p>
          <w:p w14:paraId="012A46BB" w14:textId="77777777" w:rsidR="006A67C8" w:rsidRDefault="006A67C8">
            <w:pPr>
              <w:rPr>
                <w:rFonts w:ascii="Times New Roman" w:hAnsi="Times New Roman" w:cs="Times New Roman"/>
                <w:lang w:val="it-IT"/>
              </w:rPr>
            </w:pPr>
          </w:p>
          <w:p w14:paraId="3536FB7A" w14:textId="77777777" w:rsidR="006A67C8" w:rsidRDefault="006A67C8">
            <w:pPr>
              <w:rPr>
                <w:rFonts w:ascii="Times New Roman" w:hAnsi="Times New Roman" w:cs="Times New Roman"/>
                <w:lang w:val="it-IT"/>
              </w:rPr>
            </w:pPr>
          </w:p>
          <w:p w14:paraId="56817EFA" w14:textId="77777777" w:rsidR="00EA1EED" w:rsidRDefault="00EA1EED">
            <w:pPr>
              <w:rPr>
                <w:rFonts w:ascii="Times New Roman" w:hAnsi="Times New Roman" w:cs="Times New Roman"/>
                <w:lang w:val="it-IT"/>
              </w:rPr>
            </w:pPr>
          </w:p>
          <w:p w14:paraId="35CDC62D" w14:textId="77777777" w:rsidR="00EA1EED" w:rsidRPr="00D43CE2" w:rsidRDefault="00EA1EED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2A44812A" w14:textId="6D46A423" w:rsidR="006A67C8" w:rsidRPr="00D43CE2" w:rsidRDefault="006A67C8" w:rsidP="006A67C8">
      <w:pPr>
        <w:spacing w:before="120" w:after="120"/>
        <w:rPr>
          <w:rFonts w:ascii="Times New Roman" w:hAnsi="Times New Roman" w:cs="Times New Roman"/>
        </w:rPr>
      </w:pPr>
      <w:bookmarkStart w:id="3" w:name="_Hlk213346327"/>
      <w:bookmarkEnd w:id="1"/>
      <w:bookmarkEnd w:id="2"/>
      <w:proofErr w:type="spellStart"/>
      <w:r w:rsidRPr="00D43CE2">
        <w:rPr>
          <w:rFonts w:ascii="Times New Roman" w:hAnsi="Times New Roman" w:cs="Times New Roman"/>
        </w:rPr>
        <w:lastRenderedPageBreak/>
        <w:t>Competenza</w:t>
      </w:r>
      <w:proofErr w:type="spellEnd"/>
      <w:r w:rsidRPr="00D43CE2">
        <w:rPr>
          <w:rFonts w:ascii="Times New Roman" w:hAnsi="Times New Roman" w:cs="Times New Roman"/>
        </w:rPr>
        <w:t xml:space="preserve"> n.</w:t>
      </w:r>
      <w:r>
        <w:rPr>
          <w:rFonts w:ascii="Times New Roman" w:hAnsi="Times New Roman" w:cs="Times New Roman"/>
        </w:rPr>
        <w:t>2</w:t>
      </w:r>
      <w:r w:rsidRPr="00D43CE2">
        <w:rPr>
          <w:rFonts w:ascii="Times New Roman" w:hAnsi="Times New Roman" w:cs="Times New Roman"/>
        </w:rPr>
        <w:t xml:space="preserve"> (Asse __________________________</w:t>
      </w:r>
      <w:r>
        <w:rPr>
          <w:rFonts w:ascii="Times New Roman" w:hAnsi="Times New Roman" w:cs="Times New Roman"/>
        </w:rPr>
        <w:t>______________</w:t>
      </w:r>
      <w:proofErr w:type="gramStart"/>
      <w:r>
        <w:rPr>
          <w:rFonts w:ascii="Times New Roman" w:hAnsi="Times New Roman" w:cs="Times New Roman"/>
        </w:rPr>
        <w:t>_ )</w:t>
      </w:r>
      <w:proofErr w:type="gramEnd"/>
      <w:r>
        <w:rPr>
          <w:rFonts w:ascii="Times New Roman" w:hAnsi="Times New Roman" w:cs="Times New Roman"/>
        </w:rPr>
        <w:t>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816"/>
        <w:gridCol w:w="5146"/>
      </w:tblGrid>
      <w:tr w:rsidR="006A67C8" w:rsidRPr="00D43CE2" w14:paraId="5B456FCE" w14:textId="77777777" w:rsidTr="00EC16D4">
        <w:tc>
          <w:tcPr>
            <w:tcW w:w="2417" w:type="pct"/>
          </w:tcPr>
          <w:p w14:paraId="6D3A2DFF" w14:textId="77777777" w:rsidR="006A67C8" w:rsidRPr="00D43CE2" w:rsidRDefault="006A67C8" w:rsidP="00EC16D4">
            <w:pPr>
              <w:rPr>
                <w:rFonts w:ascii="Times New Roman" w:hAnsi="Times New Roman" w:cs="Times New Roman"/>
              </w:rPr>
            </w:pPr>
            <w:proofErr w:type="spellStart"/>
            <w:r w:rsidRPr="00D43CE2">
              <w:rPr>
                <w:rFonts w:ascii="Times New Roman" w:hAnsi="Times New Roman" w:cs="Times New Roman"/>
              </w:rPr>
              <w:t>Conoscenze</w:t>
            </w:r>
            <w:proofErr w:type="spellEnd"/>
          </w:p>
        </w:tc>
        <w:tc>
          <w:tcPr>
            <w:tcW w:w="2583" w:type="pct"/>
          </w:tcPr>
          <w:p w14:paraId="6C037251" w14:textId="77777777" w:rsidR="006A67C8" w:rsidRPr="00D43CE2" w:rsidRDefault="006A67C8" w:rsidP="00EC16D4">
            <w:pPr>
              <w:rPr>
                <w:rFonts w:ascii="Times New Roman" w:hAnsi="Times New Roman" w:cs="Times New Roman"/>
              </w:rPr>
            </w:pPr>
            <w:proofErr w:type="spellStart"/>
            <w:r w:rsidRPr="00D43CE2">
              <w:rPr>
                <w:rFonts w:ascii="Times New Roman" w:hAnsi="Times New Roman" w:cs="Times New Roman"/>
              </w:rPr>
              <w:t>Abilità</w:t>
            </w:r>
            <w:proofErr w:type="spellEnd"/>
          </w:p>
        </w:tc>
      </w:tr>
      <w:tr w:rsidR="006A67C8" w:rsidRPr="00D43CE2" w14:paraId="35A575DF" w14:textId="77777777" w:rsidTr="00EC16D4">
        <w:tc>
          <w:tcPr>
            <w:tcW w:w="2417" w:type="pct"/>
          </w:tcPr>
          <w:p w14:paraId="11DF1EB6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37A9DCAC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0A8380F0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397800BE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71F6317B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0CD521AA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67793279" w14:textId="77777777" w:rsidR="006A67C8" w:rsidRPr="00D43CE2" w:rsidRDefault="006A67C8" w:rsidP="00EC16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3" w:type="pct"/>
          </w:tcPr>
          <w:p w14:paraId="2F92433F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192A81F5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0EC86514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38DA7846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3044DE43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5D0F7918" w14:textId="77777777" w:rsidR="006A67C8" w:rsidRPr="00D43CE2" w:rsidRDefault="006A67C8" w:rsidP="00EC16D4">
            <w:pPr>
              <w:rPr>
                <w:rFonts w:ascii="Times New Roman" w:hAnsi="Times New Roman" w:cs="Times New Roman"/>
              </w:rPr>
            </w:pPr>
          </w:p>
        </w:tc>
      </w:tr>
      <w:tr w:rsidR="006A67C8" w:rsidRPr="008C46FF" w14:paraId="62E4B2B6" w14:textId="77777777" w:rsidTr="00EC16D4">
        <w:tc>
          <w:tcPr>
            <w:tcW w:w="5000" w:type="pct"/>
            <w:gridSpan w:val="2"/>
          </w:tcPr>
          <w:p w14:paraId="27A7B1EC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>Indicatori osservabili / Strumenti di verifica:</w:t>
            </w:r>
          </w:p>
          <w:p w14:paraId="67617044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  <w:p w14:paraId="201CD020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  <w:p w14:paraId="0C6912ED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  <w:p w14:paraId="5404A967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  <w:p w14:paraId="3607C386" w14:textId="77777777" w:rsidR="006A67C8" w:rsidRPr="00D43CE2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6DF99719" w14:textId="4F19CB1D" w:rsidR="006A67C8" w:rsidRPr="00D43CE2" w:rsidRDefault="006A67C8" w:rsidP="006A67C8">
      <w:pPr>
        <w:spacing w:before="240" w:after="120"/>
        <w:rPr>
          <w:rFonts w:ascii="Times New Roman" w:hAnsi="Times New Roman" w:cs="Times New Roman"/>
        </w:rPr>
      </w:pPr>
      <w:proofErr w:type="spellStart"/>
      <w:r w:rsidRPr="00D43CE2">
        <w:rPr>
          <w:rFonts w:ascii="Times New Roman" w:hAnsi="Times New Roman" w:cs="Times New Roman"/>
        </w:rPr>
        <w:t>Competenza</w:t>
      </w:r>
      <w:proofErr w:type="spellEnd"/>
      <w:r w:rsidRPr="00D43CE2">
        <w:rPr>
          <w:rFonts w:ascii="Times New Roman" w:hAnsi="Times New Roman" w:cs="Times New Roman"/>
        </w:rPr>
        <w:t xml:space="preserve"> n.</w:t>
      </w:r>
      <w:r>
        <w:rPr>
          <w:rFonts w:ascii="Times New Roman" w:hAnsi="Times New Roman" w:cs="Times New Roman"/>
        </w:rPr>
        <w:t>3</w:t>
      </w:r>
      <w:r w:rsidRPr="00D43CE2">
        <w:rPr>
          <w:rFonts w:ascii="Times New Roman" w:hAnsi="Times New Roman" w:cs="Times New Roman"/>
        </w:rPr>
        <w:t xml:space="preserve"> (Asse __________________________</w:t>
      </w:r>
      <w:r>
        <w:rPr>
          <w:rFonts w:ascii="Times New Roman" w:hAnsi="Times New Roman" w:cs="Times New Roman"/>
        </w:rPr>
        <w:t>______________</w:t>
      </w:r>
      <w:proofErr w:type="gramStart"/>
      <w:r>
        <w:rPr>
          <w:rFonts w:ascii="Times New Roman" w:hAnsi="Times New Roman" w:cs="Times New Roman"/>
        </w:rPr>
        <w:t>_ )</w:t>
      </w:r>
      <w:proofErr w:type="gramEnd"/>
      <w:r>
        <w:rPr>
          <w:rFonts w:ascii="Times New Roman" w:hAnsi="Times New Roman" w:cs="Times New Roman"/>
        </w:rPr>
        <w:t>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816"/>
        <w:gridCol w:w="5146"/>
      </w:tblGrid>
      <w:tr w:rsidR="006A67C8" w:rsidRPr="00D43CE2" w14:paraId="76015DDC" w14:textId="77777777" w:rsidTr="00EC16D4">
        <w:tc>
          <w:tcPr>
            <w:tcW w:w="2417" w:type="pct"/>
          </w:tcPr>
          <w:p w14:paraId="1B2683CF" w14:textId="77777777" w:rsidR="006A67C8" w:rsidRPr="00D43CE2" w:rsidRDefault="006A67C8" w:rsidP="00EC16D4">
            <w:pPr>
              <w:rPr>
                <w:rFonts w:ascii="Times New Roman" w:hAnsi="Times New Roman" w:cs="Times New Roman"/>
              </w:rPr>
            </w:pPr>
            <w:proofErr w:type="spellStart"/>
            <w:r w:rsidRPr="00D43CE2">
              <w:rPr>
                <w:rFonts w:ascii="Times New Roman" w:hAnsi="Times New Roman" w:cs="Times New Roman"/>
              </w:rPr>
              <w:t>Conoscenze</w:t>
            </w:r>
            <w:proofErr w:type="spellEnd"/>
          </w:p>
        </w:tc>
        <w:tc>
          <w:tcPr>
            <w:tcW w:w="2583" w:type="pct"/>
          </w:tcPr>
          <w:p w14:paraId="2F9B5B11" w14:textId="77777777" w:rsidR="006A67C8" w:rsidRPr="00D43CE2" w:rsidRDefault="006A67C8" w:rsidP="00EC16D4">
            <w:pPr>
              <w:rPr>
                <w:rFonts w:ascii="Times New Roman" w:hAnsi="Times New Roman" w:cs="Times New Roman"/>
              </w:rPr>
            </w:pPr>
            <w:proofErr w:type="spellStart"/>
            <w:r w:rsidRPr="00D43CE2">
              <w:rPr>
                <w:rFonts w:ascii="Times New Roman" w:hAnsi="Times New Roman" w:cs="Times New Roman"/>
              </w:rPr>
              <w:t>Abilità</w:t>
            </w:r>
            <w:proofErr w:type="spellEnd"/>
          </w:p>
        </w:tc>
      </w:tr>
      <w:tr w:rsidR="006A67C8" w:rsidRPr="00D43CE2" w14:paraId="09FFEC0D" w14:textId="77777777" w:rsidTr="00EC16D4">
        <w:tc>
          <w:tcPr>
            <w:tcW w:w="2417" w:type="pct"/>
          </w:tcPr>
          <w:p w14:paraId="2D7AB417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575B90E0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6ED1B5E4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7E3BE7D5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5B39C7E5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52B67D39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3DEED62A" w14:textId="77777777" w:rsidR="006A67C8" w:rsidRPr="00D43CE2" w:rsidRDefault="006A67C8" w:rsidP="00EC16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3" w:type="pct"/>
          </w:tcPr>
          <w:p w14:paraId="0E9AD6A9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6529DD38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1218A6A8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56BE316E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597B1DDA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63352CAE" w14:textId="77777777" w:rsidR="006A67C8" w:rsidRPr="00D43CE2" w:rsidRDefault="006A67C8" w:rsidP="00EC16D4">
            <w:pPr>
              <w:rPr>
                <w:rFonts w:ascii="Times New Roman" w:hAnsi="Times New Roman" w:cs="Times New Roman"/>
              </w:rPr>
            </w:pPr>
          </w:p>
        </w:tc>
      </w:tr>
      <w:tr w:rsidR="006A67C8" w:rsidRPr="008C46FF" w14:paraId="7ACC5365" w14:textId="77777777" w:rsidTr="00EC16D4">
        <w:tc>
          <w:tcPr>
            <w:tcW w:w="5000" w:type="pct"/>
            <w:gridSpan w:val="2"/>
          </w:tcPr>
          <w:p w14:paraId="3A0F6439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>Indicatori osservabili / Strumenti di verifica:</w:t>
            </w:r>
          </w:p>
          <w:p w14:paraId="7B84ACB4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  <w:p w14:paraId="2BE278F7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  <w:p w14:paraId="2A477413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  <w:p w14:paraId="123CB64D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  <w:p w14:paraId="3E2A60B2" w14:textId="77777777" w:rsidR="006A67C8" w:rsidRPr="00D43CE2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2FD710B6" w14:textId="72A52D26" w:rsidR="006A67C8" w:rsidRPr="00D43CE2" w:rsidRDefault="006A67C8" w:rsidP="006A67C8">
      <w:pPr>
        <w:spacing w:before="240" w:after="120"/>
        <w:rPr>
          <w:rFonts w:ascii="Times New Roman" w:hAnsi="Times New Roman" w:cs="Times New Roman"/>
        </w:rPr>
      </w:pPr>
      <w:proofErr w:type="spellStart"/>
      <w:r w:rsidRPr="00D43CE2">
        <w:rPr>
          <w:rFonts w:ascii="Times New Roman" w:hAnsi="Times New Roman" w:cs="Times New Roman"/>
        </w:rPr>
        <w:t>Competenza</w:t>
      </w:r>
      <w:proofErr w:type="spellEnd"/>
      <w:r w:rsidRPr="00D43CE2">
        <w:rPr>
          <w:rFonts w:ascii="Times New Roman" w:hAnsi="Times New Roman" w:cs="Times New Roman"/>
        </w:rPr>
        <w:t xml:space="preserve"> n.</w:t>
      </w:r>
      <w:r>
        <w:rPr>
          <w:rFonts w:ascii="Times New Roman" w:hAnsi="Times New Roman" w:cs="Times New Roman"/>
        </w:rPr>
        <w:t>4</w:t>
      </w:r>
      <w:r w:rsidRPr="00D43CE2">
        <w:rPr>
          <w:rFonts w:ascii="Times New Roman" w:hAnsi="Times New Roman" w:cs="Times New Roman"/>
        </w:rPr>
        <w:t xml:space="preserve"> (Asse __________________________</w:t>
      </w:r>
      <w:r>
        <w:rPr>
          <w:rFonts w:ascii="Times New Roman" w:hAnsi="Times New Roman" w:cs="Times New Roman"/>
        </w:rPr>
        <w:t>______________</w:t>
      </w:r>
      <w:proofErr w:type="gramStart"/>
      <w:r>
        <w:rPr>
          <w:rFonts w:ascii="Times New Roman" w:hAnsi="Times New Roman" w:cs="Times New Roman"/>
        </w:rPr>
        <w:t>_ )</w:t>
      </w:r>
      <w:proofErr w:type="gramEnd"/>
      <w:r>
        <w:rPr>
          <w:rFonts w:ascii="Times New Roman" w:hAnsi="Times New Roman" w:cs="Times New Roman"/>
        </w:rPr>
        <w:t>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816"/>
        <w:gridCol w:w="5146"/>
      </w:tblGrid>
      <w:tr w:rsidR="006A67C8" w:rsidRPr="00D43CE2" w14:paraId="5612DD7C" w14:textId="77777777" w:rsidTr="00EC16D4">
        <w:tc>
          <w:tcPr>
            <w:tcW w:w="2417" w:type="pct"/>
          </w:tcPr>
          <w:p w14:paraId="68A8D042" w14:textId="77777777" w:rsidR="006A67C8" w:rsidRPr="00D43CE2" w:rsidRDefault="006A67C8" w:rsidP="00EC16D4">
            <w:pPr>
              <w:rPr>
                <w:rFonts w:ascii="Times New Roman" w:hAnsi="Times New Roman" w:cs="Times New Roman"/>
              </w:rPr>
            </w:pPr>
            <w:proofErr w:type="spellStart"/>
            <w:r w:rsidRPr="00D43CE2">
              <w:rPr>
                <w:rFonts w:ascii="Times New Roman" w:hAnsi="Times New Roman" w:cs="Times New Roman"/>
              </w:rPr>
              <w:t>Conoscenze</w:t>
            </w:r>
            <w:proofErr w:type="spellEnd"/>
          </w:p>
        </w:tc>
        <w:tc>
          <w:tcPr>
            <w:tcW w:w="2583" w:type="pct"/>
          </w:tcPr>
          <w:p w14:paraId="2F4A7262" w14:textId="77777777" w:rsidR="006A67C8" w:rsidRPr="00D43CE2" w:rsidRDefault="006A67C8" w:rsidP="00EC16D4">
            <w:pPr>
              <w:rPr>
                <w:rFonts w:ascii="Times New Roman" w:hAnsi="Times New Roman" w:cs="Times New Roman"/>
              </w:rPr>
            </w:pPr>
            <w:proofErr w:type="spellStart"/>
            <w:r w:rsidRPr="00D43CE2">
              <w:rPr>
                <w:rFonts w:ascii="Times New Roman" w:hAnsi="Times New Roman" w:cs="Times New Roman"/>
              </w:rPr>
              <w:t>Abilità</w:t>
            </w:r>
            <w:proofErr w:type="spellEnd"/>
          </w:p>
        </w:tc>
      </w:tr>
      <w:tr w:rsidR="006A67C8" w:rsidRPr="00D43CE2" w14:paraId="7229737B" w14:textId="77777777" w:rsidTr="00EC16D4">
        <w:tc>
          <w:tcPr>
            <w:tcW w:w="2417" w:type="pct"/>
          </w:tcPr>
          <w:p w14:paraId="2CC7CD9E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0827EBA3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7E877965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2E4905D6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4271BD2E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207370C5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07B9EDFE" w14:textId="77777777" w:rsidR="006A67C8" w:rsidRPr="00D43CE2" w:rsidRDefault="006A67C8" w:rsidP="00EC16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3" w:type="pct"/>
          </w:tcPr>
          <w:p w14:paraId="02EBD423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2C35F24C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2C9D0E34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20369B0A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69E6804F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4AD540F2" w14:textId="77777777" w:rsidR="006A67C8" w:rsidRPr="00D43CE2" w:rsidRDefault="006A67C8" w:rsidP="00EC16D4">
            <w:pPr>
              <w:rPr>
                <w:rFonts w:ascii="Times New Roman" w:hAnsi="Times New Roman" w:cs="Times New Roman"/>
              </w:rPr>
            </w:pPr>
          </w:p>
        </w:tc>
      </w:tr>
      <w:tr w:rsidR="006A67C8" w:rsidRPr="008C46FF" w14:paraId="3ACBBAD4" w14:textId="77777777" w:rsidTr="00EC16D4">
        <w:tc>
          <w:tcPr>
            <w:tcW w:w="5000" w:type="pct"/>
            <w:gridSpan w:val="2"/>
          </w:tcPr>
          <w:p w14:paraId="3B402148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>Indicatori osservabili / Strumenti di verifica:</w:t>
            </w:r>
          </w:p>
          <w:p w14:paraId="26499AB4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  <w:p w14:paraId="70C0B32B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  <w:p w14:paraId="2BA67946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  <w:p w14:paraId="2C8747A0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  <w:p w14:paraId="5CD38CC1" w14:textId="77777777" w:rsidR="006A67C8" w:rsidRPr="00D43CE2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bookmarkEnd w:id="3"/>
    </w:tbl>
    <w:p w14:paraId="3A302FB9" w14:textId="77777777" w:rsidR="006A67C8" w:rsidRPr="00A13797" w:rsidRDefault="006A67C8" w:rsidP="006A67C8">
      <w:pPr>
        <w:spacing w:before="240" w:after="120"/>
        <w:rPr>
          <w:rFonts w:ascii="Times New Roman" w:hAnsi="Times New Roman" w:cs="Times New Roman"/>
          <w:lang w:val="it-IT"/>
        </w:rPr>
      </w:pPr>
    </w:p>
    <w:p w14:paraId="0F4FEB1C" w14:textId="5774E2DD" w:rsidR="006A67C8" w:rsidRPr="00D43CE2" w:rsidRDefault="006A67C8" w:rsidP="006A67C8">
      <w:pPr>
        <w:spacing w:before="240" w:after="120"/>
        <w:rPr>
          <w:rFonts w:ascii="Times New Roman" w:hAnsi="Times New Roman" w:cs="Times New Roman"/>
        </w:rPr>
      </w:pPr>
      <w:bookmarkStart w:id="4" w:name="_Hlk213346267"/>
      <w:proofErr w:type="spellStart"/>
      <w:r w:rsidRPr="00D43CE2">
        <w:rPr>
          <w:rFonts w:ascii="Times New Roman" w:hAnsi="Times New Roman" w:cs="Times New Roman"/>
        </w:rPr>
        <w:lastRenderedPageBreak/>
        <w:t>Competenza</w:t>
      </w:r>
      <w:proofErr w:type="spellEnd"/>
      <w:r w:rsidRPr="00D43CE2">
        <w:rPr>
          <w:rFonts w:ascii="Times New Roman" w:hAnsi="Times New Roman" w:cs="Times New Roman"/>
        </w:rPr>
        <w:t xml:space="preserve"> n.</w:t>
      </w:r>
      <w:r>
        <w:rPr>
          <w:rFonts w:ascii="Times New Roman" w:hAnsi="Times New Roman" w:cs="Times New Roman"/>
        </w:rPr>
        <w:t>5</w:t>
      </w:r>
      <w:r w:rsidRPr="00D43CE2">
        <w:rPr>
          <w:rFonts w:ascii="Times New Roman" w:hAnsi="Times New Roman" w:cs="Times New Roman"/>
        </w:rPr>
        <w:t xml:space="preserve"> (Asse __________________________</w:t>
      </w:r>
      <w:r>
        <w:rPr>
          <w:rFonts w:ascii="Times New Roman" w:hAnsi="Times New Roman" w:cs="Times New Roman"/>
        </w:rPr>
        <w:t>______________</w:t>
      </w:r>
      <w:proofErr w:type="gramStart"/>
      <w:r>
        <w:rPr>
          <w:rFonts w:ascii="Times New Roman" w:hAnsi="Times New Roman" w:cs="Times New Roman"/>
        </w:rPr>
        <w:t>_ )</w:t>
      </w:r>
      <w:proofErr w:type="gramEnd"/>
      <w:r>
        <w:rPr>
          <w:rFonts w:ascii="Times New Roman" w:hAnsi="Times New Roman" w:cs="Times New Roman"/>
        </w:rPr>
        <w:t>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816"/>
        <w:gridCol w:w="5146"/>
      </w:tblGrid>
      <w:tr w:rsidR="006A67C8" w:rsidRPr="00D43CE2" w14:paraId="6433EC3E" w14:textId="77777777" w:rsidTr="00EC16D4">
        <w:tc>
          <w:tcPr>
            <w:tcW w:w="2417" w:type="pct"/>
          </w:tcPr>
          <w:p w14:paraId="07FB4ACC" w14:textId="77777777" w:rsidR="006A67C8" w:rsidRPr="00D43CE2" w:rsidRDefault="006A67C8" w:rsidP="00EC16D4">
            <w:pPr>
              <w:rPr>
                <w:rFonts w:ascii="Times New Roman" w:hAnsi="Times New Roman" w:cs="Times New Roman"/>
              </w:rPr>
            </w:pPr>
            <w:proofErr w:type="spellStart"/>
            <w:r w:rsidRPr="00D43CE2">
              <w:rPr>
                <w:rFonts w:ascii="Times New Roman" w:hAnsi="Times New Roman" w:cs="Times New Roman"/>
              </w:rPr>
              <w:t>Conoscenze</w:t>
            </w:r>
            <w:proofErr w:type="spellEnd"/>
          </w:p>
        </w:tc>
        <w:tc>
          <w:tcPr>
            <w:tcW w:w="2583" w:type="pct"/>
          </w:tcPr>
          <w:p w14:paraId="4E711B5F" w14:textId="77777777" w:rsidR="006A67C8" w:rsidRPr="00D43CE2" w:rsidRDefault="006A67C8" w:rsidP="00EC16D4">
            <w:pPr>
              <w:rPr>
                <w:rFonts w:ascii="Times New Roman" w:hAnsi="Times New Roman" w:cs="Times New Roman"/>
              </w:rPr>
            </w:pPr>
            <w:proofErr w:type="spellStart"/>
            <w:r w:rsidRPr="00D43CE2">
              <w:rPr>
                <w:rFonts w:ascii="Times New Roman" w:hAnsi="Times New Roman" w:cs="Times New Roman"/>
              </w:rPr>
              <w:t>Abilità</w:t>
            </w:r>
            <w:proofErr w:type="spellEnd"/>
          </w:p>
        </w:tc>
      </w:tr>
      <w:tr w:rsidR="006A67C8" w:rsidRPr="00D43CE2" w14:paraId="2BC0CFEF" w14:textId="77777777" w:rsidTr="00EC16D4">
        <w:tc>
          <w:tcPr>
            <w:tcW w:w="2417" w:type="pct"/>
          </w:tcPr>
          <w:p w14:paraId="36FAF378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545B207A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46F9D903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7A07291E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7FC16CB7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3A749C65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26A0A888" w14:textId="77777777" w:rsidR="006A67C8" w:rsidRPr="00D43CE2" w:rsidRDefault="006A67C8" w:rsidP="00EC16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3" w:type="pct"/>
          </w:tcPr>
          <w:p w14:paraId="7C6E3B13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2BDD47A8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6312C654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624F7D99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1E9244CE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6C664DBA" w14:textId="77777777" w:rsidR="006A67C8" w:rsidRPr="00D43CE2" w:rsidRDefault="006A67C8" w:rsidP="00EC16D4">
            <w:pPr>
              <w:rPr>
                <w:rFonts w:ascii="Times New Roman" w:hAnsi="Times New Roman" w:cs="Times New Roman"/>
              </w:rPr>
            </w:pPr>
          </w:p>
        </w:tc>
      </w:tr>
      <w:tr w:rsidR="006A67C8" w:rsidRPr="008C46FF" w14:paraId="6E84FABF" w14:textId="77777777" w:rsidTr="00EC16D4">
        <w:tc>
          <w:tcPr>
            <w:tcW w:w="5000" w:type="pct"/>
            <w:gridSpan w:val="2"/>
          </w:tcPr>
          <w:p w14:paraId="1EF5C4F0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>Indicatori osservabili / Strumenti di verifica:</w:t>
            </w:r>
          </w:p>
          <w:p w14:paraId="5590FF1B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  <w:p w14:paraId="3697996F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  <w:p w14:paraId="70E5FD01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  <w:p w14:paraId="42280CB8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  <w:p w14:paraId="157CC457" w14:textId="77777777" w:rsidR="006A67C8" w:rsidRPr="00D43CE2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</w:tbl>
    <w:bookmarkEnd w:id="4"/>
    <w:p w14:paraId="72083F33" w14:textId="7DB92DBB" w:rsidR="006A67C8" w:rsidRPr="00D43CE2" w:rsidRDefault="006A67C8" w:rsidP="006A67C8">
      <w:pPr>
        <w:spacing w:before="240" w:after="120"/>
        <w:rPr>
          <w:rFonts w:ascii="Times New Roman" w:hAnsi="Times New Roman" w:cs="Times New Roman"/>
        </w:rPr>
      </w:pPr>
      <w:proofErr w:type="spellStart"/>
      <w:r w:rsidRPr="00D43CE2">
        <w:rPr>
          <w:rFonts w:ascii="Times New Roman" w:hAnsi="Times New Roman" w:cs="Times New Roman"/>
        </w:rPr>
        <w:t>Competenza</w:t>
      </w:r>
      <w:proofErr w:type="spellEnd"/>
      <w:r w:rsidRPr="00D43CE2">
        <w:rPr>
          <w:rFonts w:ascii="Times New Roman" w:hAnsi="Times New Roman" w:cs="Times New Roman"/>
        </w:rPr>
        <w:t xml:space="preserve"> n.</w:t>
      </w:r>
      <w:r>
        <w:rPr>
          <w:rFonts w:ascii="Times New Roman" w:hAnsi="Times New Roman" w:cs="Times New Roman"/>
        </w:rPr>
        <w:t>6</w:t>
      </w:r>
      <w:r w:rsidRPr="00D43CE2">
        <w:rPr>
          <w:rFonts w:ascii="Times New Roman" w:hAnsi="Times New Roman" w:cs="Times New Roman"/>
        </w:rPr>
        <w:t xml:space="preserve"> (Asse __________________________</w:t>
      </w:r>
      <w:r>
        <w:rPr>
          <w:rFonts w:ascii="Times New Roman" w:hAnsi="Times New Roman" w:cs="Times New Roman"/>
        </w:rPr>
        <w:t>______________</w:t>
      </w:r>
      <w:proofErr w:type="gramStart"/>
      <w:r>
        <w:rPr>
          <w:rFonts w:ascii="Times New Roman" w:hAnsi="Times New Roman" w:cs="Times New Roman"/>
        </w:rPr>
        <w:t>_ )</w:t>
      </w:r>
      <w:proofErr w:type="gramEnd"/>
      <w:r>
        <w:rPr>
          <w:rFonts w:ascii="Times New Roman" w:hAnsi="Times New Roman" w:cs="Times New Roman"/>
        </w:rPr>
        <w:t>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816"/>
        <w:gridCol w:w="5146"/>
      </w:tblGrid>
      <w:tr w:rsidR="006A67C8" w:rsidRPr="00D43CE2" w14:paraId="1705510B" w14:textId="77777777" w:rsidTr="00EC16D4">
        <w:tc>
          <w:tcPr>
            <w:tcW w:w="2417" w:type="pct"/>
          </w:tcPr>
          <w:p w14:paraId="416D8D93" w14:textId="77777777" w:rsidR="006A67C8" w:rsidRPr="00D43CE2" w:rsidRDefault="006A67C8" w:rsidP="00EC16D4">
            <w:pPr>
              <w:rPr>
                <w:rFonts w:ascii="Times New Roman" w:hAnsi="Times New Roman" w:cs="Times New Roman"/>
              </w:rPr>
            </w:pPr>
            <w:proofErr w:type="spellStart"/>
            <w:r w:rsidRPr="00D43CE2">
              <w:rPr>
                <w:rFonts w:ascii="Times New Roman" w:hAnsi="Times New Roman" w:cs="Times New Roman"/>
              </w:rPr>
              <w:t>Conoscenze</w:t>
            </w:r>
            <w:proofErr w:type="spellEnd"/>
          </w:p>
        </w:tc>
        <w:tc>
          <w:tcPr>
            <w:tcW w:w="2583" w:type="pct"/>
          </w:tcPr>
          <w:p w14:paraId="22DD1898" w14:textId="77777777" w:rsidR="006A67C8" w:rsidRPr="00D43CE2" w:rsidRDefault="006A67C8" w:rsidP="00EC16D4">
            <w:pPr>
              <w:rPr>
                <w:rFonts w:ascii="Times New Roman" w:hAnsi="Times New Roman" w:cs="Times New Roman"/>
              </w:rPr>
            </w:pPr>
            <w:proofErr w:type="spellStart"/>
            <w:r w:rsidRPr="00D43CE2">
              <w:rPr>
                <w:rFonts w:ascii="Times New Roman" w:hAnsi="Times New Roman" w:cs="Times New Roman"/>
              </w:rPr>
              <w:t>Abilità</w:t>
            </w:r>
            <w:proofErr w:type="spellEnd"/>
          </w:p>
        </w:tc>
      </w:tr>
      <w:tr w:rsidR="006A67C8" w:rsidRPr="00D43CE2" w14:paraId="4078F4EC" w14:textId="77777777" w:rsidTr="00EC16D4">
        <w:tc>
          <w:tcPr>
            <w:tcW w:w="2417" w:type="pct"/>
          </w:tcPr>
          <w:p w14:paraId="4202D3F6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018A4A5B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31532B33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5EAD0876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2F2A8068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0C8CD65F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1208C405" w14:textId="77777777" w:rsidR="006A67C8" w:rsidRPr="00D43CE2" w:rsidRDefault="006A67C8" w:rsidP="00EC16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3" w:type="pct"/>
          </w:tcPr>
          <w:p w14:paraId="7554AE8F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4CB98D5F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0571653C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6A455B9A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01D8149E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599B9391" w14:textId="77777777" w:rsidR="006A67C8" w:rsidRPr="00D43CE2" w:rsidRDefault="006A67C8" w:rsidP="00EC16D4">
            <w:pPr>
              <w:rPr>
                <w:rFonts w:ascii="Times New Roman" w:hAnsi="Times New Roman" w:cs="Times New Roman"/>
              </w:rPr>
            </w:pPr>
          </w:p>
        </w:tc>
      </w:tr>
      <w:tr w:rsidR="006A67C8" w:rsidRPr="008C46FF" w14:paraId="2BF9896C" w14:textId="77777777" w:rsidTr="00EC16D4">
        <w:tc>
          <w:tcPr>
            <w:tcW w:w="5000" w:type="pct"/>
            <w:gridSpan w:val="2"/>
          </w:tcPr>
          <w:p w14:paraId="7B58EB01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>Indicatori osservabili / Strumenti di verifica:</w:t>
            </w:r>
          </w:p>
          <w:p w14:paraId="1D3C8D6F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  <w:p w14:paraId="370AAFC5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  <w:p w14:paraId="3005E73E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  <w:p w14:paraId="6D8504B8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  <w:p w14:paraId="231306D3" w14:textId="77777777" w:rsidR="006A67C8" w:rsidRPr="00D43CE2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2B3B7FD9" w14:textId="0F49B5BD" w:rsidR="006A67C8" w:rsidRPr="00D43CE2" w:rsidRDefault="006A67C8" w:rsidP="006A67C8">
      <w:pPr>
        <w:spacing w:before="240" w:after="120"/>
        <w:rPr>
          <w:rFonts w:ascii="Times New Roman" w:hAnsi="Times New Roman" w:cs="Times New Roman"/>
        </w:rPr>
      </w:pPr>
      <w:proofErr w:type="spellStart"/>
      <w:r w:rsidRPr="00D43CE2">
        <w:rPr>
          <w:rFonts w:ascii="Times New Roman" w:hAnsi="Times New Roman" w:cs="Times New Roman"/>
        </w:rPr>
        <w:t>Competenza</w:t>
      </w:r>
      <w:proofErr w:type="spellEnd"/>
      <w:r w:rsidRPr="00D43CE2">
        <w:rPr>
          <w:rFonts w:ascii="Times New Roman" w:hAnsi="Times New Roman" w:cs="Times New Roman"/>
        </w:rPr>
        <w:t xml:space="preserve"> n.</w:t>
      </w:r>
      <w:r>
        <w:rPr>
          <w:rFonts w:ascii="Times New Roman" w:hAnsi="Times New Roman" w:cs="Times New Roman"/>
        </w:rPr>
        <w:t>7</w:t>
      </w:r>
      <w:r w:rsidRPr="00D43CE2">
        <w:rPr>
          <w:rFonts w:ascii="Times New Roman" w:hAnsi="Times New Roman" w:cs="Times New Roman"/>
        </w:rPr>
        <w:t xml:space="preserve"> (Asse __________________________</w:t>
      </w:r>
      <w:r>
        <w:rPr>
          <w:rFonts w:ascii="Times New Roman" w:hAnsi="Times New Roman" w:cs="Times New Roman"/>
        </w:rPr>
        <w:t>______________</w:t>
      </w:r>
      <w:proofErr w:type="gramStart"/>
      <w:r>
        <w:rPr>
          <w:rFonts w:ascii="Times New Roman" w:hAnsi="Times New Roman" w:cs="Times New Roman"/>
        </w:rPr>
        <w:t>_ )</w:t>
      </w:r>
      <w:proofErr w:type="gramEnd"/>
      <w:r>
        <w:rPr>
          <w:rFonts w:ascii="Times New Roman" w:hAnsi="Times New Roman" w:cs="Times New Roman"/>
        </w:rPr>
        <w:t>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816"/>
        <w:gridCol w:w="5146"/>
      </w:tblGrid>
      <w:tr w:rsidR="006A67C8" w:rsidRPr="00D43CE2" w14:paraId="46626950" w14:textId="77777777" w:rsidTr="00EC16D4">
        <w:tc>
          <w:tcPr>
            <w:tcW w:w="2417" w:type="pct"/>
          </w:tcPr>
          <w:p w14:paraId="24A46341" w14:textId="77777777" w:rsidR="006A67C8" w:rsidRPr="00D43CE2" w:rsidRDefault="006A67C8" w:rsidP="00EC16D4">
            <w:pPr>
              <w:rPr>
                <w:rFonts w:ascii="Times New Roman" w:hAnsi="Times New Roman" w:cs="Times New Roman"/>
              </w:rPr>
            </w:pPr>
            <w:proofErr w:type="spellStart"/>
            <w:r w:rsidRPr="00D43CE2">
              <w:rPr>
                <w:rFonts w:ascii="Times New Roman" w:hAnsi="Times New Roman" w:cs="Times New Roman"/>
              </w:rPr>
              <w:t>Conoscenze</w:t>
            </w:r>
            <w:proofErr w:type="spellEnd"/>
          </w:p>
        </w:tc>
        <w:tc>
          <w:tcPr>
            <w:tcW w:w="2583" w:type="pct"/>
          </w:tcPr>
          <w:p w14:paraId="518069A9" w14:textId="77777777" w:rsidR="006A67C8" w:rsidRPr="00D43CE2" w:rsidRDefault="006A67C8" w:rsidP="00EC16D4">
            <w:pPr>
              <w:rPr>
                <w:rFonts w:ascii="Times New Roman" w:hAnsi="Times New Roman" w:cs="Times New Roman"/>
              </w:rPr>
            </w:pPr>
            <w:proofErr w:type="spellStart"/>
            <w:r w:rsidRPr="00D43CE2">
              <w:rPr>
                <w:rFonts w:ascii="Times New Roman" w:hAnsi="Times New Roman" w:cs="Times New Roman"/>
              </w:rPr>
              <w:t>Abilità</w:t>
            </w:r>
            <w:proofErr w:type="spellEnd"/>
          </w:p>
        </w:tc>
      </w:tr>
      <w:tr w:rsidR="006A67C8" w:rsidRPr="00D43CE2" w14:paraId="3B0CAC0D" w14:textId="77777777" w:rsidTr="00EC16D4">
        <w:tc>
          <w:tcPr>
            <w:tcW w:w="2417" w:type="pct"/>
          </w:tcPr>
          <w:p w14:paraId="486EF1A3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6338D04E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159C353A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24B2B356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7696A5BB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0C60FFAE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003D7CB9" w14:textId="77777777" w:rsidR="006A67C8" w:rsidRPr="00D43CE2" w:rsidRDefault="006A67C8" w:rsidP="00EC16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3" w:type="pct"/>
          </w:tcPr>
          <w:p w14:paraId="51E675C3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1140884B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73B96DEC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2BBAFE48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3FB9DA43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57F70877" w14:textId="77777777" w:rsidR="006A67C8" w:rsidRPr="00D43CE2" w:rsidRDefault="006A67C8" w:rsidP="00EC16D4">
            <w:pPr>
              <w:rPr>
                <w:rFonts w:ascii="Times New Roman" w:hAnsi="Times New Roman" w:cs="Times New Roman"/>
              </w:rPr>
            </w:pPr>
          </w:p>
        </w:tc>
      </w:tr>
      <w:tr w:rsidR="006A67C8" w:rsidRPr="008C46FF" w14:paraId="1F5D19B9" w14:textId="77777777" w:rsidTr="00EC16D4">
        <w:tc>
          <w:tcPr>
            <w:tcW w:w="5000" w:type="pct"/>
            <w:gridSpan w:val="2"/>
          </w:tcPr>
          <w:p w14:paraId="70313AFF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>Indicatori osservabili / Strumenti di verifica:</w:t>
            </w:r>
          </w:p>
          <w:p w14:paraId="2BB14565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  <w:p w14:paraId="4ABFF7CD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  <w:p w14:paraId="41925195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  <w:p w14:paraId="2550A05D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  <w:p w14:paraId="2124E475" w14:textId="77777777" w:rsidR="006A67C8" w:rsidRPr="00D43CE2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380CCE3A" w14:textId="77777777" w:rsidR="006A67C8" w:rsidRDefault="006A67C8">
      <w:pPr>
        <w:rPr>
          <w:rFonts w:ascii="Times New Roman" w:hAnsi="Times New Roman" w:cs="Times New Roman"/>
          <w:lang w:val="it-IT"/>
        </w:rPr>
      </w:pPr>
    </w:p>
    <w:p w14:paraId="0762EF9F" w14:textId="77777777" w:rsidR="006A67C8" w:rsidRDefault="006A67C8">
      <w:pPr>
        <w:rPr>
          <w:rFonts w:ascii="Times New Roman" w:hAnsi="Times New Roman" w:cs="Times New Roman"/>
          <w:lang w:val="it-IT"/>
        </w:rPr>
      </w:pPr>
    </w:p>
    <w:p w14:paraId="3D6418C5" w14:textId="43E3756A" w:rsidR="006A67C8" w:rsidRPr="00D43CE2" w:rsidRDefault="006A67C8" w:rsidP="006A67C8">
      <w:pPr>
        <w:spacing w:before="120" w:after="120"/>
        <w:rPr>
          <w:rFonts w:ascii="Times New Roman" w:hAnsi="Times New Roman" w:cs="Times New Roman"/>
        </w:rPr>
      </w:pPr>
      <w:proofErr w:type="spellStart"/>
      <w:r w:rsidRPr="00D43CE2">
        <w:rPr>
          <w:rFonts w:ascii="Times New Roman" w:hAnsi="Times New Roman" w:cs="Times New Roman"/>
        </w:rPr>
        <w:lastRenderedPageBreak/>
        <w:t>Competenza</w:t>
      </w:r>
      <w:proofErr w:type="spellEnd"/>
      <w:r w:rsidRPr="00D43CE2">
        <w:rPr>
          <w:rFonts w:ascii="Times New Roman" w:hAnsi="Times New Roman" w:cs="Times New Roman"/>
        </w:rPr>
        <w:t xml:space="preserve"> n.</w:t>
      </w:r>
      <w:r>
        <w:rPr>
          <w:rFonts w:ascii="Times New Roman" w:hAnsi="Times New Roman" w:cs="Times New Roman"/>
        </w:rPr>
        <w:t>8</w:t>
      </w:r>
      <w:r w:rsidRPr="00D43CE2">
        <w:rPr>
          <w:rFonts w:ascii="Times New Roman" w:hAnsi="Times New Roman" w:cs="Times New Roman"/>
        </w:rPr>
        <w:t xml:space="preserve"> (Asse __________________________</w:t>
      </w:r>
      <w:r>
        <w:rPr>
          <w:rFonts w:ascii="Times New Roman" w:hAnsi="Times New Roman" w:cs="Times New Roman"/>
        </w:rPr>
        <w:t>______________</w:t>
      </w:r>
      <w:proofErr w:type="gramStart"/>
      <w:r>
        <w:rPr>
          <w:rFonts w:ascii="Times New Roman" w:hAnsi="Times New Roman" w:cs="Times New Roman"/>
        </w:rPr>
        <w:t>_ )</w:t>
      </w:r>
      <w:proofErr w:type="gramEnd"/>
      <w:r>
        <w:rPr>
          <w:rFonts w:ascii="Times New Roman" w:hAnsi="Times New Roman" w:cs="Times New Roman"/>
        </w:rPr>
        <w:t>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816"/>
        <w:gridCol w:w="5146"/>
      </w:tblGrid>
      <w:tr w:rsidR="006A67C8" w:rsidRPr="00D43CE2" w14:paraId="74460099" w14:textId="77777777" w:rsidTr="00EC16D4">
        <w:tc>
          <w:tcPr>
            <w:tcW w:w="2417" w:type="pct"/>
          </w:tcPr>
          <w:p w14:paraId="44171156" w14:textId="77777777" w:rsidR="006A67C8" w:rsidRPr="00D43CE2" w:rsidRDefault="006A67C8" w:rsidP="00EC16D4">
            <w:pPr>
              <w:rPr>
                <w:rFonts w:ascii="Times New Roman" w:hAnsi="Times New Roman" w:cs="Times New Roman"/>
              </w:rPr>
            </w:pPr>
            <w:proofErr w:type="spellStart"/>
            <w:r w:rsidRPr="00D43CE2">
              <w:rPr>
                <w:rFonts w:ascii="Times New Roman" w:hAnsi="Times New Roman" w:cs="Times New Roman"/>
              </w:rPr>
              <w:t>Conoscenze</w:t>
            </w:r>
            <w:proofErr w:type="spellEnd"/>
          </w:p>
        </w:tc>
        <w:tc>
          <w:tcPr>
            <w:tcW w:w="2583" w:type="pct"/>
          </w:tcPr>
          <w:p w14:paraId="4400F865" w14:textId="77777777" w:rsidR="006A67C8" w:rsidRPr="00D43CE2" w:rsidRDefault="006A67C8" w:rsidP="00EC16D4">
            <w:pPr>
              <w:rPr>
                <w:rFonts w:ascii="Times New Roman" w:hAnsi="Times New Roman" w:cs="Times New Roman"/>
              </w:rPr>
            </w:pPr>
            <w:proofErr w:type="spellStart"/>
            <w:r w:rsidRPr="00D43CE2">
              <w:rPr>
                <w:rFonts w:ascii="Times New Roman" w:hAnsi="Times New Roman" w:cs="Times New Roman"/>
              </w:rPr>
              <w:t>Abilità</w:t>
            </w:r>
            <w:proofErr w:type="spellEnd"/>
          </w:p>
        </w:tc>
      </w:tr>
      <w:tr w:rsidR="006A67C8" w:rsidRPr="00D43CE2" w14:paraId="00760109" w14:textId="77777777" w:rsidTr="00EC16D4">
        <w:tc>
          <w:tcPr>
            <w:tcW w:w="2417" w:type="pct"/>
          </w:tcPr>
          <w:p w14:paraId="3C91D97B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42510CBD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3A628C52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71AE0193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3B7F51CC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1E71E072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11BC2705" w14:textId="77777777" w:rsidR="006A67C8" w:rsidRPr="00D43CE2" w:rsidRDefault="006A67C8" w:rsidP="00EC16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3" w:type="pct"/>
          </w:tcPr>
          <w:p w14:paraId="7A31A7BB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5DFCA49F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404452FC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1830649E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1390B76D" w14:textId="77777777" w:rsidR="006A67C8" w:rsidRDefault="006A67C8" w:rsidP="00EC16D4">
            <w:pPr>
              <w:rPr>
                <w:rFonts w:ascii="Times New Roman" w:hAnsi="Times New Roman" w:cs="Times New Roman"/>
              </w:rPr>
            </w:pPr>
          </w:p>
          <w:p w14:paraId="31D982A7" w14:textId="77777777" w:rsidR="006A67C8" w:rsidRPr="00D43CE2" w:rsidRDefault="006A67C8" w:rsidP="00EC16D4">
            <w:pPr>
              <w:rPr>
                <w:rFonts w:ascii="Times New Roman" w:hAnsi="Times New Roman" w:cs="Times New Roman"/>
              </w:rPr>
            </w:pPr>
          </w:p>
        </w:tc>
      </w:tr>
      <w:tr w:rsidR="006A67C8" w:rsidRPr="008C46FF" w14:paraId="2E20658B" w14:textId="77777777" w:rsidTr="00EC16D4">
        <w:tc>
          <w:tcPr>
            <w:tcW w:w="5000" w:type="pct"/>
            <w:gridSpan w:val="2"/>
          </w:tcPr>
          <w:p w14:paraId="4A126ADE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>Indicatori osservabili / Strumenti di verifica:</w:t>
            </w:r>
          </w:p>
          <w:p w14:paraId="3F9AB41F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  <w:p w14:paraId="2CFCD6AA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  <w:p w14:paraId="7AC40395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  <w:p w14:paraId="4CCA6470" w14:textId="77777777" w:rsidR="006A67C8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  <w:p w14:paraId="0B7BF987" w14:textId="77777777" w:rsidR="006A67C8" w:rsidRPr="00D43CE2" w:rsidRDefault="006A67C8" w:rsidP="00EC16D4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7BBBC988" w14:textId="77777777" w:rsidR="00073BD3" w:rsidRPr="00D43CE2" w:rsidRDefault="00DC0AF4" w:rsidP="00AC12C2">
      <w:pPr>
        <w:pStyle w:val="Titolo2"/>
        <w:spacing w:before="120" w:after="120"/>
        <w:rPr>
          <w:rFonts w:ascii="Times New Roman" w:hAnsi="Times New Roman" w:cs="Times New Roman"/>
          <w:color w:val="000000" w:themeColor="text1"/>
          <w:lang w:val="it-IT"/>
        </w:rPr>
      </w:pPr>
      <w:r w:rsidRPr="00D43CE2">
        <w:rPr>
          <w:rFonts w:ascii="Times New Roman" w:hAnsi="Times New Roman" w:cs="Times New Roman"/>
          <w:color w:val="000000" w:themeColor="text1"/>
          <w:lang w:val="it-IT"/>
        </w:rPr>
        <w:t>5. MODULI DISCIPLINARI E U.D.A. DI RIFERIMENTO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969"/>
        <w:gridCol w:w="2146"/>
        <w:gridCol w:w="1275"/>
        <w:gridCol w:w="2006"/>
        <w:gridCol w:w="2016"/>
        <w:gridCol w:w="1550"/>
      </w:tblGrid>
      <w:tr w:rsidR="007F4AA3" w:rsidRPr="00D43CE2" w14:paraId="55BCDC04" w14:textId="77777777" w:rsidTr="00AC12C2">
        <w:tc>
          <w:tcPr>
            <w:tcW w:w="486" w:type="pct"/>
            <w:vAlign w:val="center"/>
          </w:tcPr>
          <w:p w14:paraId="6E2F60E9" w14:textId="77777777" w:rsidR="00073BD3" w:rsidRPr="00AC12C2" w:rsidRDefault="00DC0AF4" w:rsidP="00AC12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5" w:name="_Hlk213351322"/>
            <w:r w:rsidRPr="00AC12C2">
              <w:rPr>
                <w:rFonts w:ascii="Times New Roman" w:hAnsi="Times New Roman" w:cs="Times New Roman"/>
                <w:b/>
                <w:bCs/>
              </w:rPr>
              <w:t>Modulo</w:t>
            </w:r>
          </w:p>
        </w:tc>
        <w:tc>
          <w:tcPr>
            <w:tcW w:w="1077" w:type="pct"/>
            <w:vAlign w:val="center"/>
          </w:tcPr>
          <w:p w14:paraId="2AA5CA40" w14:textId="77777777" w:rsidR="00073BD3" w:rsidRPr="00AC12C2" w:rsidRDefault="00DC0AF4" w:rsidP="00AC12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12C2">
              <w:rPr>
                <w:rFonts w:ascii="Times New Roman" w:hAnsi="Times New Roman" w:cs="Times New Roman"/>
                <w:b/>
                <w:bCs/>
              </w:rPr>
              <w:t>Titolo</w:t>
            </w:r>
          </w:p>
        </w:tc>
        <w:tc>
          <w:tcPr>
            <w:tcW w:w="640" w:type="pct"/>
            <w:vAlign w:val="center"/>
          </w:tcPr>
          <w:p w14:paraId="354CB99D" w14:textId="77777777" w:rsidR="00073BD3" w:rsidRPr="00AC12C2" w:rsidRDefault="00DC0AF4" w:rsidP="00AC12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C12C2">
              <w:rPr>
                <w:rFonts w:ascii="Times New Roman" w:hAnsi="Times New Roman" w:cs="Times New Roman"/>
                <w:b/>
                <w:bCs/>
              </w:rPr>
              <w:t>Periodo</w:t>
            </w:r>
            <w:proofErr w:type="spellEnd"/>
          </w:p>
        </w:tc>
        <w:tc>
          <w:tcPr>
            <w:tcW w:w="1007" w:type="pct"/>
            <w:vAlign w:val="center"/>
          </w:tcPr>
          <w:p w14:paraId="5B7996FF" w14:textId="77777777" w:rsidR="00073BD3" w:rsidRPr="00AC12C2" w:rsidRDefault="00DC0AF4" w:rsidP="00AC12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12C2">
              <w:rPr>
                <w:rFonts w:ascii="Times New Roman" w:hAnsi="Times New Roman" w:cs="Times New Roman"/>
                <w:b/>
                <w:bCs/>
              </w:rPr>
              <w:t xml:space="preserve">UDA di </w:t>
            </w:r>
            <w:proofErr w:type="spellStart"/>
            <w:r w:rsidRPr="00AC12C2">
              <w:rPr>
                <w:rFonts w:ascii="Times New Roman" w:hAnsi="Times New Roman" w:cs="Times New Roman"/>
                <w:b/>
                <w:bCs/>
              </w:rPr>
              <w:t>riferimento</w:t>
            </w:r>
            <w:proofErr w:type="spellEnd"/>
          </w:p>
        </w:tc>
        <w:tc>
          <w:tcPr>
            <w:tcW w:w="1012" w:type="pct"/>
            <w:vAlign w:val="center"/>
          </w:tcPr>
          <w:p w14:paraId="62A2A21B" w14:textId="77777777" w:rsidR="00073BD3" w:rsidRPr="00AC12C2" w:rsidRDefault="00DC0AF4" w:rsidP="00AC12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C12C2">
              <w:rPr>
                <w:rFonts w:ascii="Times New Roman" w:hAnsi="Times New Roman" w:cs="Times New Roman"/>
                <w:b/>
                <w:bCs/>
              </w:rPr>
              <w:t>Competenze</w:t>
            </w:r>
            <w:proofErr w:type="spellEnd"/>
            <w:r w:rsidRPr="00AC12C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C12C2">
              <w:rPr>
                <w:rFonts w:ascii="Times New Roman" w:hAnsi="Times New Roman" w:cs="Times New Roman"/>
                <w:b/>
                <w:bCs/>
              </w:rPr>
              <w:t>mirate</w:t>
            </w:r>
            <w:proofErr w:type="spellEnd"/>
          </w:p>
        </w:tc>
        <w:tc>
          <w:tcPr>
            <w:tcW w:w="778" w:type="pct"/>
            <w:vAlign w:val="center"/>
          </w:tcPr>
          <w:p w14:paraId="1431CE1D" w14:textId="77777777" w:rsidR="00073BD3" w:rsidRPr="00AC12C2" w:rsidRDefault="00DC0AF4" w:rsidP="00AC12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C12C2">
              <w:rPr>
                <w:rFonts w:ascii="Times New Roman" w:hAnsi="Times New Roman" w:cs="Times New Roman"/>
                <w:b/>
                <w:bCs/>
              </w:rPr>
              <w:t>Verifiche</w:t>
            </w:r>
            <w:proofErr w:type="spellEnd"/>
            <w:r w:rsidRPr="00AC12C2">
              <w:rPr>
                <w:rFonts w:ascii="Times New Roman" w:hAnsi="Times New Roman" w:cs="Times New Roman"/>
                <w:b/>
                <w:bCs/>
              </w:rPr>
              <w:t xml:space="preserve"> / </w:t>
            </w:r>
            <w:proofErr w:type="spellStart"/>
            <w:r w:rsidRPr="00AC12C2">
              <w:rPr>
                <w:rFonts w:ascii="Times New Roman" w:hAnsi="Times New Roman" w:cs="Times New Roman"/>
                <w:b/>
                <w:bCs/>
              </w:rPr>
              <w:t>Strumenti</w:t>
            </w:r>
            <w:proofErr w:type="spellEnd"/>
          </w:p>
        </w:tc>
      </w:tr>
      <w:bookmarkEnd w:id="5"/>
      <w:tr w:rsidR="007F4AA3" w:rsidRPr="00D43CE2" w14:paraId="220E04B2" w14:textId="77777777" w:rsidTr="006A67C8">
        <w:trPr>
          <w:trHeight w:val="1701"/>
        </w:trPr>
        <w:tc>
          <w:tcPr>
            <w:tcW w:w="486" w:type="pct"/>
          </w:tcPr>
          <w:p w14:paraId="4951691C" w14:textId="77777777" w:rsidR="00073BD3" w:rsidRPr="00AC12C2" w:rsidRDefault="00DC0AF4" w:rsidP="00AC12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77" w:type="pct"/>
          </w:tcPr>
          <w:p w14:paraId="138F7B6B" w14:textId="77777777" w:rsidR="00073BD3" w:rsidRDefault="00073BD3">
            <w:pPr>
              <w:rPr>
                <w:rFonts w:ascii="Times New Roman" w:hAnsi="Times New Roman" w:cs="Times New Roman"/>
              </w:rPr>
            </w:pPr>
          </w:p>
          <w:p w14:paraId="472E03E6" w14:textId="77777777" w:rsidR="006F6A4B" w:rsidRDefault="006F6A4B">
            <w:pPr>
              <w:rPr>
                <w:rFonts w:ascii="Times New Roman" w:hAnsi="Times New Roman" w:cs="Times New Roman"/>
              </w:rPr>
            </w:pPr>
          </w:p>
          <w:p w14:paraId="1C057836" w14:textId="77777777" w:rsidR="006F6A4B" w:rsidRDefault="006F6A4B">
            <w:pPr>
              <w:rPr>
                <w:rFonts w:ascii="Times New Roman" w:hAnsi="Times New Roman" w:cs="Times New Roman"/>
              </w:rPr>
            </w:pPr>
          </w:p>
          <w:p w14:paraId="1ABFF497" w14:textId="77777777" w:rsidR="006F6A4B" w:rsidRDefault="006F6A4B">
            <w:pPr>
              <w:rPr>
                <w:rFonts w:ascii="Times New Roman" w:hAnsi="Times New Roman" w:cs="Times New Roman"/>
              </w:rPr>
            </w:pPr>
          </w:p>
          <w:p w14:paraId="5FAC0084" w14:textId="77777777" w:rsidR="002D2EA5" w:rsidRDefault="002D2EA5">
            <w:pPr>
              <w:rPr>
                <w:rFonts w:ascii="Times New Roman" w:hAnsi="Times New Roman" w:cs="Times New Roman"/>
              </w:rPr>
            </w:pPr>
          </w:p>
          <w:p w14:paraId="7252C7FC" w14:textId="77777777" w:rsidR="002D2EA5" w:rsidRDefault="002D2EA5">
            <w:pPr>
              <w:rPr>
                <w:rFonts w:ascii="Times New Roman" w:hAnsi="Times New Roman" w:cs="Times New Roman"/>
              </w:rPr>
            </w:pPr>
          </w:p>
          <w:p w14:paraId="7B49EF24" w14:textId="77777777" w:rsidR="006F6A4B" w:rsidRDefault="006F6A4B">
            <w:pPr>
              <w:rPr>
                <w:rFonts w:ascii="Times New Roman" w:hAnsi="Times New Roman" w:cs="Times New Roman"/>
              </w:rPr>
            </w:pPr>
          </w:p>
          <w:p w14:paraId="533A20FA" w14:textId="77777777" w:rsidR="006F6A4B" w:rsidRPr="00D43CE2" w:rsidRDefault="006F6A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</w:tcPr>
          <w:p w14:paraId="780FED6F" w14:textId="7AB8590C" w:rsidR="00073BD3" w:rsidRPr="00D43CE2" w:rsidRDefault="00073B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7" w:type="pct"/>
          </w:tcPr>
          <w:p w14:paraId="1614BAA1" w14:textId="77777777" w:rsidR="00073BD3" w:rsidRPr="00D43CE2" w:rsidRDefault="00073B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2" w:type="pct"/>
          </w:tcPr>
          <w:p w14:paraId="34487D58" w14:textId="77777777" w:rsidR="00073BD3" w:rsidRPr="00D43CE2" w:rsidRDefault="00073B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8" w:type="pct"/>
          </w:tcPr>
          <w:p w14:paraId="5BFD5E0D" w14:textId="77777777" w:rsidR="00073BD3" w:rsidRPr="00D43CE2" w:rsidRDefault="00073BD3">
            <w:pPr>
              <w:rPr>
                <w:rFonts w:ascii="Times New Roman" w:hAnsi="Times New Roman" w:cs="Times New Roman"/>
              </w:rPr>
            </w:pPr>
          </w:p>
        </w:tc>
      </w:tr>
      <w:tr w:rsidR="007F4AA3" w:rsidRPr="00D43CE2" w14:paraId="711B0DCB" w14:textId="77777777" w:rsidTr="006A67C8">
        <w:trPr>
          <w:trHeight w:val="1701"/>
        </w:trPr>
        <w:tc>
          <w:tcPr>
            <w:tcW w:w="486" w:type="pct"/>
          </w:tcPr>
          <w:p w14:paraId="6D344E09" w14:textId="35ED0F5F" w:rsidR="0000526D" w:rsidRPr="00AC12C2" w:rsidRDefault="0000526D" w:rsidP="00AC12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77" w:type="pct"/>
          </w:tcPr>
          <w:p w14:paraId="1378A2B5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1606B181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19D45ABD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02A9B2F8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4343914F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5CA12280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122A6CE7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0AA2976C" w14:textId="77777777" w:rsidR="0000526D" w:rsidRPr="00D43CE2" w:rsidRDefault="000052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</w:tcPr>
          <w:p w14:paraId="1A97D04C" w14:textId="77777777" w:rsidR="0000526D" w:rsidRPr="00D43CE2" w:rsidRDefault="000052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7" w:type="pct"/>
          </w:tcPr>
          <w:p w14:paraId="4D1EA0B7" w14:textId="77777777" w:rsidR="0000526D" w:rsidRPr="00D43CE2" w:rsidRDefault="000052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2" w:type="pct"/>
          </w:tcPr>
          <w:p w14:paraId="2B0873A9" w14:textId="77777777" w:rsidR="0000526D" w:rsidRPr="00D43CE2" w:rsidRDefault="000052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8" w:type="pct"/>
          </w:tcPr>
          <w:p w14:paraId="7E49D270" w14:textId="77777777" w:rsidR="0000526D" w:rsidRPr="00D43CE2" w:rsidRDefault="0000526D">
            <w:pPr>
              <w:rPr>
                <w:rFonts w:ascii="Times New Roman" w:hAnsi="Times New Roman" w:cs="Times New Roman"/>
              </w:rPr>
            </w:pPr>
          </w:p>
        </w:tc>
      </w:tr>
      <w:tr w:rsidR="007F4AA3" w:rsidRPr="00D43CE2" w14:paraId="5F1FD226" w14:textId="77777777" w:rsidTr="006A67C8">
        <w:trPr>
          <w:trHeight w:val="1701"/>
        </w:trPr>
        <w:tc>
          <w:tcPr>
            <w:tcW w:w="486" w:type="pct"/>
          </w:tcPr>
          <w:p w14:paraId="213424D1" w14:textId="532059FD" w:rsidR="0000526D" w:rsidRPr="00AC12C2" w:rsidRDefault="0000526D" w:rsidP="00AC12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077" w:type="pct"/>
          </w:tcPr>
          <w:p w14:paraId="60E5227D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5168FFCF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442A7F57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486A542B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2D640FF6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72C524A9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101C4E80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6875326D" w14:textId="77777777" w:rsidR="0000526D" w:rsidRPr="00D43CE2" w:rsidRDefault="000052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</w:tcPr>
          <w:p w14:paraId="731C6AE4" w14:textId="77777777" w:rsidR="0000526D" w:rsidRPr="00D43CE2" w:rsidRDefault="000052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7" w:type="pct"/>
          </w:tcPr>
          <w:p w14:paraId="243DB13A" w14:textId="77777777" w:rsidR="0000526D" w:rsidRPr="00D43CE2" w:rsidRDefault="000052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2" w:type="pct"/>
          </w:tcPr>
          <w:p w14:paraId="6DC4D669" w14:textId="77777777" w:rsidR="0000526D" w:rsidRPr="00D43CE2" w:rsidRDefault="000052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8" w:type="pct"/>
          </w:tcPr>
          <w:p w14:paraId="336259E7" w14:textId="77777777" w:rsidR="0000526D" w:rsidRPr="00D43CE2" w:rsidRDefault="0000526D">
            <w:pPr>
              <w:rPr>
                <w:rFonts w:ascii="Times New Roman" w:hAnsi="Times New Roman" w:cs="Times New Roman"/>
              </w:rPr>
            </w:pPr>
          </w:p>
        </w:tc>
      </w:tr>
      <w:tr w:rsidR="007F4AA3" w:rsidRPr="00D43CE2" w14:paraId="2F168C4E" w14:textId="77777777" w:rsidTr="006A67C8">
        <w:trPr>
          <w:trHeight w:val="1701"/>
        </w:trPr>
        <w:tc>
          <w:tcPr>
            <w:tcW w:w="486" w:type="pct"/>
          </w:tcPr>
          <w:p w14:paraId="57AB74D9" w14:textId="0F116714" w:rsidR="0000526D" w:rsidRPr="00AC12C2" w:rsidRDefault="0000526D" w:rsidP="00AC12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77" w:type="pct"/>
          </w:tcPr>
          <w:p w14:paraId="1DB562C8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529B4B14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58915335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2A9C0F7D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400B045A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01B2D7A7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4507C4CF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67AE903B" w14:textId="77777777" w:rsidR="0000526D" w:rsidRPr="00D43CE2" w:rsidRDefault="000052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</w:tcPr>
          <w:p w14:paraId="2EE01AC0" w14:textId="77777777" w:rsidR="0000526D" w:rsidRPr="00D43CE2" w:rsidRDefault="000052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7" w:type="pct"/>
          </w:tcPr>
          <w:p w14:paraId="666F0021" w14:textId="77777777" w:rsidR="0000526D" w:rsidRPr="00D43CE2" w:rsidRDefault="000052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2" w:type="pct"/>
          </w:tcPr>
          <w:p w14:paraId="4B64DDA9" w14:textId="77777777" w:rsidR="0000526D" w:rsidRPr="00D43CE2" w:rsidRDefault="000052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8" w:type="pct"/>
          </w:tcPr>
          <w:p w14:paraId="779876E8" w14:textId="77777777" w:rsidR="0000526D" w:rsidRPr="00D43CE2" w:rsidRDefault="0000526D">
            <w:pPr>
              <w:rPr>
                <w:rFonts w:ascii="Times New Roman" w:hAnsi="Times New Roman" w:cs="Times New Roman"/>
              </w:rPr>
            </w:pPr>
          </w:p>
        </w:tc>
      </w:tr>
      <w:tr w:rsidR="00CE6081" w:rsidRPr="00D43CE2" w14:paraId="63AE4611" w14:textId="77777777" w:rsidTr="00921A0F">
        <w:tc>
          <w:tcPr>
            <w:tcW w:w="486" w:type="pct"/>
            <w:vAlign w:val="center"/>
          </w:tcPr>
          <w:p w14:paraId="7DE3C5E2" w14:textId="77777777" w:rsidR="00CE6081" w:rsidRPr="00AC12C2" w:rsidRDefault="00CE6081" w:rsidP="00CB55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12C2">
              <w:rPr>
                <w:rFonts w:ascii="Times New Roman" w:hAnsi="Times New Roman" w:cs="Times New Roman"/>
                <w:b/>
                <w:bCs/>
              </w:rPr>
              <w:lastRenderedPageBreak/>
              <w:t>Modulo</w:t>
            </w:r>
          </w:p>
        </w:tc>
        <w:tc>
          <w:tcPr>
            <w:tcW w:w="1077" w:type="pct"/>
            <w:vAlign w:val="center"/>
          </w:tcPr>
          <w:p w14:paraId="262B59CD" w14:textId="77777777" w:rsidR="00CE6081" w:rsidRPr="00AC12C2" w:rsidRDefault="00CE6081" w:rsidP="00CB55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12C2">
              <w:rPr>
                <w:rFonts w:ascii="Times New Roman" w:hAnsi="Times New Roman" w:cs="Times New Roman"/>
                <w:b/>
                <w:bCs/>
              </w:rPr>
              <w:t>Titolo</w:t>
            </w:r>
          </w:p>
        </w:tc>
        <w:tc>
          <w:tcPr>
            <w:tcW w:w="640" w:type="pct"/>
            <w:vAlign w:val="center"/>
          </w:tcPr>
          <w:p w14:paraId="6820DA1F" w14:textId="77777777" w:rsidR="00CE6081" w:rsidRPr="00AC12C2" w:rsidRDefault="00CE6081" w:rsidP="00CB55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C12C2">
              <w:rPr>
                <w:rFonts w:ascii="Times New Roman" w:hAnsi="Times New Roman" w:cs="Times New Roman"/>
                <w:b/>
                <w:bCs/>
              </w:rPr>
              <w:t>Periodo</w:t>
            </w:r>
            <w:proofErr w:type="spellEnd"/>
          </w:p>
        </w:tc>
        <w:tc>
          <w:tcPr>
            <w:tcW w:w="1007" w:type="pct"/>
            <w:vAlign w:val="center"/>
          </w:tcPr>
          <w:p w14:paraId="4F5CD07F" w14:textId="77777777" w:rsidR="00CE6081" w:rsidRPr="00AC12C2" w:rsidRDefault="00CE6081" w:rsidP="00CB55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12C2">
              <w:rPr>
                <w:rFonts w:ascii="Times New Roman" w:hAnsi="Times New Roman" w:cs="Times New Roman"/>
                <w:b/>
                <w:bCs/>
              </w:rPr>
              <w:t xml:space="preserve">UDA di </w:t>
            </w:r>
            <w:proofErr w:type="spellStart"/>
            <w:r w:rsidRPr="00AC12C2">
              <w:rPr>
                <w:rFonts w:ascii="Times New Roman" w:hAnsi="Times New Roman" w:cs="Times New Roman"/>
                <w:b/>
                <w:bCs/>
              </w:rPr>
              <w:t>riferimento</w:t>
            </w:r>
            <w:proofErr w:type="spellEnd"/>
          </w:p>
        </w:tc>
        <w:tc>
          <w:tcPr>
            <w:tcW w:w="1012" w:type="pct"/>
            <w:vAlign w:val="center"/>
          </w:tcPr>
          <w:p w14:paraId="36B76DEE" w14:textId="77777777" w:rsidR="00CE6081" w:rsidRPr="00AC12C2" w:rsidRDefault="00CE6081" w:rsidP="00CB55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C12C2">
              <w:rPr>
                <w:rFonts w:ascii="Times New Roman" w:hAnsi="Times New Roman" w:cs="Times New Roman"/>
                <w:b/>
                <w:bCs/>
              </w:rPr>
              <w:t>Competenze</w:t>
            </w:r>
            <w:proofErr w:type="spellEnd"/>
            <w:r w:rsidRPr="00AC12C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C12C2">
              <w:rPr>
                <w:rFonts w:ascii="Times New Roman" w:hAnsi="Times New Roman" w:cs="Times New Roman"/>
                <w:b/>
                <w:bCs/>
              </w:rPr>
              <w:t>mirate</w:t>
            </w:r>
            <w:proofErr w:type="spellEnd"/>
          </w:p>
        </w:tc>
        <w:tc>
          <w:tcPr>
            <w:tcW w:w="778" w:type="pct"/>
            <w:vAlign w:val="center"/>
          </w:tcPr>
          <w:p w14:paraId="36011C7A" w14:textId="77777777" w:rsidR="00CE6081" w:rsidRPr="00AC12C2" w:rsidRDefault="00CE6081" w:rsidP="00CB55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C12C2">
              <w:rPr>
                <w:rFonts w:ascii="Times New Roman" w:hAnsi="Times New Roman" w:cs="Times New Roman"/>
                <w:b/>
                <w:bCs/>
              </w:rPr>
              <w:t>Verifiche</w:t>
            </w:r>
            <w:proofErr w:type="spellEnd"/>
            <w:r w:rsidRPr="00AC12C2">
              <w:rPr>
                <w:rFonts w:ascii="Times New Roman" w:hAnsi="Times New Roman" w:cs="Times New Roman"/>
                <w:b/>
                <w:bCs/>
              </w:rPr>
              <w:t xml:space="preserve"> / </w:t>
            </w:r>
            <w:proofErr w:type="spellStart"/>
            <w:r w:rsidRPr="00AC12C2">
              <w:rPr>
                <w:rFonts w:ascii="Times New Roman" w:hAnsi="Times New Roman" w:cs="Times New Roman"/>
                <w:b/>
                <w:bCs/>
              </w:rPr>
              <w:t>Strumenti</w:t>
            </w:r>
            <w:proofErr w:type="spellEnd"/>
          </w:p>
        </w:tc>
      </w:tr>
      <w:tr w:rsidR="007F4AA3" w:rsidRPr="00CE6081" w14:paraId="2307FF79" w14:textId="77777777" w:rsidTr="006A67C8">
        <w:trPr>
          <w:trHeight w:val="1701"/>
        </w:trPr>
        <w:tc>
          <w:tcPr>
            <w:tcW w:w="486" w:type="pct"/>
          </w:tcPr>
          <w:p w14:paraId="2342E2E0" w14:textId="48A480C6" w:rsidR="006F6A4B" w:rsidRPr="00CE6081" w:rsidRDefault="006F6A4B" w:rsidP="00AC12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CE6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5</w:t>
            </w:r>
          </w:p>
        </w:tc>
        <w:tc>
          <w:tcPr>
            <w:tcW w:w="1077" w:type="pct"/>
          </w:tcPr>
          <w:p w14:paraId="56161A4F" w14:textId="77777777" w:rsidR="002D2EA5" w:rsidRPr="00CE6081" w:rsidRDefault="002D2EA5" w:rsidP="002D2EA5">
            <w:pPr>
              <w:rPr>
                <w:rFonts w:ascii="Times New Roman" w:hAnsi="Times New Roman" w:cs="Times New Roman"/>
                <w:lang w:val="it-IT"/>
              </w:rPr>
            </w:pPr>
          </w:p>
          <w:p w14:paraId="28FC22C4" w14:textId="77777777" w:rsidR="002D2EA5" w:rsidRPr="00CE6081" w:rsidRDefault="002D2EA5" w:rsidP="002D2EA5">
            <w:pPr>
              <w:rPr>
                <w:rFonts w:ascii="Times New Roman" w:hAnsi="Times New Roman" w:cs="Times New Roman"/>
                <w:lang w:val="it-IT"/>
              </w:rPr>
            </w:pPr>
          </w:p>
          <w:p w14:paraId="49E4CB99" w14:textId="77777777" w:rsidR="002D2EA5" w:rsidRPr="00CE6081" w:rsidRDefault="002D2EA5" w:rsidP="002D2EA5">
            <w:pPr>
              <w:rPr>
                <w:rFonts w:ascii="Times New Roman" w:hAnsi="Times New Roman" w:cs="Times New Roman"/>
                <w:lang w:val="it-IT"/>
              </w:rPr>
            </w:pPr>
          </w:p>
          <w:p w14:paraId="6BCE796A" w14:textId="77777777" w:rsidR="002D2EA5" w:rsidRPr="00CE6081" w:rsidRDefault="002D2EA5" w:rsidP="002D2EA5">
            <w:pPr>
              <w:rPr>
                <w:rFonts w:ascii="Times New Roman" w:hAnsi="Times New Roman" w:cs="Times New Roman"/>
                <w:lang w:val="it-IT"/>
              </w:rPr>
            </w:pPr>
          </w:p>
          <w:p w14:paraId="6B14CAE5" w14:textId="77777777" w:rsidR="002D2EA5" w:rsidRPr="00CE6081" w:rsidRDefault="002D2EA5" w:rsidP="002D2EA5">
            <w:pPr>
              <w:rPr>
                <w:rFonts w:ascii="Times New Roman" w:hAnsi="Times New Roman" w:cs="Times New Roman"/>
                <w:lang w:val="it-IT"/>
              </w:rPr>
            </w:pPr>
          </w:p>
          <w:p w14:paraId="17B8A8E8" w14:textId="77777777" w:rsidR="002D2EA5" w:rsidRPr="00CE6081" w:rsidRDefault="002D2EA5" w:rsidP="002D2EA5">
            <w:pPr>
              <w:rPr>
                <w:rFonts w:ascii="Times New Roman" w:hAnsi="Times New Roman" w:cs="Times New Roman"/>
                <w:lang w:val="it-IT"/>
              </w:rPr>
            </w:pPr>
          </w:p>
          <w:p w14:paraId="22348D8C" w14:textId="77777777" w:rsidR="002D2EA5" w:rsidRPr="00CE6081" w:rsidRDefault="002D2EA5" w:rsidP="002D2EA5">
            <w:pPr>
              <w:rPr>
                <w:rFonts w:ascii="Times New Roman" w:hAnsi="Times New Roman" w:cs="Times New Roman"/>
                <w:lang w:val="it-IT"/>
              </w:rPr>
            </w:pPr>
          </w:p>
          <w:p w14:paraId="58066658" w14:textId="77777777" w:rsidR="006F6A4B" w:rsidRPr="00CE6081" w:rsidRDefault="006F6A4B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640" w:type="pct"/>
          </w:tcPr>
          <w:p w14:paraId="089115F0" w14:textId="77777777" w:rsidR="006F6A4B" w:rsidRPr="00CE6081" w:rsidRDefault="006F6A4B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007" w:type="pct"/>
          </w:tcPr>
          <w:p w14:paraId="4103551B" w14:textId="77777777" w:rsidR="006F6A4B" w:rsidRPr="00CE6081" w:rsidRDefault="006F6A4B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012" w:type="pct"/>
          </w:tcPr>
          <w:p w14:paraId="37E4BA23" w14:textId="77777777" w:rsidR="006F6A4B" w:rsidRPr="00CE6081" w:rsidRDefault="006F6A4B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778" w:type="pct"/>
          </w:tcPr>
          <w:p w14:paraId="5CC59593" w14:textId="77777777" w:rsidR="006F6A4B" w:rsidRPr="00CE6081" w:rsidRDefault="006F6A4B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7F4AA3" w:rsidRPr="00D43CE2" w14:paraId="20C1E449" w14:textId="77777777" w:rsidTr="006A67C8">
        <w:trPr>
          <w:trHeight w:val="1701"/>
        </w:trPr>
        <w:tc>
          <w:tcPr>
            <w:tcW w:w="486" w:type="pct"/>
          </w:tcPr>
          <w:p w14:paraId="66058056" w14:textId="69ED0BC3" w:rsidR="006F6A4B" w:rsidRPr="00AC12C2" w:rsidRDefault="006F6A4B" w:rsidP="00AC12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077" w:type="pct"/>
          </w:tcPr>
          <w:p w14:paraId="11474C33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77430A67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61F3155D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285703DC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45878C0B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7C14541D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32EBDFBC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7C1946E5" w14:textId="77777777" w:rsidR="006F6A4B" w:rsidRPr="00D43CE2" w:rsidRDefault="006F6A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</w:tcPr>
          <w:p w14:paraId="70C1AF5B" w14:textId="77777777" w:rsidR="006F6A4B" w:rsidRPr="00D43CE2" w:rsidRDefault="006F6A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7" w:type="pct"/>
          </w:tcPr>
          <w:p w14:paraId="5171331D" w14:textId="77777777" w:rsidR="006F6A4B" w:rsidRPr="00D43CE2" w:rsidRDefault="006F6A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2" w:type="pct"/>
          </w:tcPr>
          <w:p w14:paraId="7EC2BF84" w14:textId="77777777" w:rsidR="006F6A4B" w:rsidRPr="00D43CE2" w:rsidRDefault="006F6A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8" w:type="pct"/>
          </w:tcPr>
          <w:p w14:paraId="103A1EF2" w14:textId="77777777" w:rsidR="006F6A4B" w:rsidRPr="00D43CE2" w:rsidRDefault="006F6A4B">
            <w:pPr>
              <w:rPr>
                <w:rFonts w:ascii="Times New Roman" w:hAnsi="Times New Roman" w:cs="Times New Roman"/>
              </w:rPr>
            </w:pPr>
          </w:p>
        </w:tc>
      </w:tr>
      <w:tr w:rsidR="007F4AA3" w:rsidRPr="00D43CE2" w14:paraId="28F97009" w14:textId="77777777" w:rsidTr="006A67C8">
        <w:trPr>
          <w:trHeight w:val="1701"/>
        </w:trPr>
        <w:tc>
          <w:tcPr>
            <w:tcW w:w="486" w:type="pct"/>
          </w:tcPr>
          <w:p w14:paraId="0CD1175B" w14:textId="45E91DE4" w:rsidR="006F6A4B" w:rsidRPr="00AC12C2" w:rsidRDefault="006F6A4B" w:rsidP="00AC12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077" w:type="pct"/>
          </w:tcPr>
          <w:p w14:paraId="03F4119F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4554B2BD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5D59DC6B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5B69D3F4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05F524BD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6ADC7ADC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288F2C1F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4C79A95E" w14:textId="77777777" w:rsidR="006F6A4B" w:rsidRPr="00D43CE2" w:rsidRDefault="006F6A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</w:tcPr>
          <w:p w14:paraId="72635489" w14:textId="77777777" w:rsidR="006F6A4B" w:rsidRPr="00D43CE2" w:rsidRDefault="006F6A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7" w:type="pct"/>
          </w:tcPr>
          <w:p w14:paraId="67AF005B" w14:textId="77777777" w:rsidR="006F6A4B" w:rsidRPr="00D43CE2" w:rsidRDefault="006F6A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2" w:type="pct"/>
          </w:tcPr>
          <w:p w14:paraId="3FAD952D" w14:textId="77777777" w:rsidR="006F6A4B" w:rsidRPr="00D43CE2" w:rsidRDefault="006F6A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8" w:type="pct"/>
          </w:tcPr>
          <w:p w14:paraId="0140AB54" w14:textId="77777777" w:rsidR="006F6A4B" w:rsidRPr="00D43CE2" w:rsidRDefault="006F6A4B">
            <w:pPr>
              <w:rPr>
                <w:rFonts w:ascii="Times New Roman" w:hAnsi="Times New Roman" w:cs="Times New Roman"/>
              </w:rPr>
            </w:pPr>
          </w:p>
        </w:tc>
      </w:tr>
      <w:tr w:rsidR="007F4AA3" w:rsidRPr="00D43CE2" w14:paraId="0B5D4D44" w14:textId="77777777" w:rsidTr="006A67C8">
        <w:trPr>
          <w:trHeight w:val="1701"/>
        </w:trPr>
        <w:tc>
          <w:tcPr>
            <w:tcW w:w="486" w:type="pct"/>
          </w:tcPr>
          <w:p w14:paraId="1584F142" w14:textId="1B2C9CCE" w:rsidR="006F6A4B" w:rsidRPr="00AC12C2" w:rsidRDefault="006F6A4B" w:rsidP="00AC12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077" w:type="pct"/>
          </w:tcPr>
          <w:p w14:paraId="09D94631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6F6676CD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48E88EBB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7DE86038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1CB88A4E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6E9E9B2A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55B38960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2828208F" w14:textId="77777777" w:rsidR="006F6A4B" w:rsidRPr="00D43CE2" w:rsidRDefault="006F6A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</w:tcPr>
          <w:p w14:paraId="2675CE8A" w14:textId="77777777" w:rsidR="006F6A4B" w:rsidRPr="00D43CE2" w:rsidRDefault="006F6A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7" w:type="pct"/>
          </w:tcPr>
          <w:p w14:paraId="10814DA4" w14:textId="77777777" w:rsidR="006F6A4B" w:rsidRPr="00D43CE2" w:rsidRDefault="006F6A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2" w:type="pct"/>
          </w:tcPr>
          <w:p w14:paraId="4B8C4752" w14:textId="77777777" w:rsidR="006F6A4B" w:rsidRPr="00D43CE2" w:rsidRDefault="006F6A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8" w:type="pct"/>
          </w:tcPr>
          <w:p w14:paraId="5F98FE36" w14:textId="77777777" w:rsidR="006F6A4B" w:rsidRPr="00D43CE2" w:rsidRDefault="006F6A4B">
            <w:pPr>
              <w:rPr>
                <w:rFonts w:ascii="Times New Roman" w:hAnsi="Times New Roman" w:cs="Times New Roman"/>
              </w:rPr>
            </w:pPr>
          </w:p>
        </w:tc>
      </w:tr>
      <w:tr w:rsidR="007F4AA3" w:rsidRPr="00D43CE2" w14:paraId="0EFAC2AA" w14:textId="77777777" w:rsidTr="006A67C8">
        <w:trPr>
          <w:trHeight w:val="1701"/>
        </w:trPr>
        <w:tc>
          <w:tcPr>
            <w:tcW w:w="486" w:type="pct"/>
          </w:tcPr>
          <w:p w14:paraId="570465A0" w14:textId="198850AC" w:rsidR="006F6A4B" w:rsidRPr="00AC12C2" w:rsidRDefault="006F6A4B" w:rsidP="00AC12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077" w:type="pct"/>
          </w:tcPr>
          <w:p w14:paraId="3B1CFC3E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6205B5FB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102347C3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25F0849D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3484B4B2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6214D49F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542DCE4C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5EBB943F" w14:textId="77777777" w:rsidR="006F6A4B" w:rsidRPr="00D43CE2" w:rsidRDefault="006F6A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</w:tcPr>
          <w:p w14:paraId="5D332F05" w14:textId="77777777" w:rsidR="006F6A4B" w:rsidRPr="00D43CE2" w:rsidRDefault="006F6A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7" w:type="pct"/>
          </w:tcPr>
          <w:p w14:paraId="0F9FAF82" w14:textId="77777777" w:rsidR="006F6A4B" w:rsidRPr="00D43CE2" w:rsidRDefault="006F6A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2" w:type="pct"/>
          </w:tcPr>
          <w:p w14:paraId="7C1CB5C9" w14:textId="77777777" w:rsidR="006F6A4B" w:rsidRPr="00D43CE2" w:rsidRDefault="006F6A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8" w:type="pct"/>
          </w:tcPr>
          <w:p w14:paraId="7476DC9F" w14:textId="77777777" w:rsidR="006F6A4B" w:rsidRPr="00D43CE2" w:rsidRDefault="006F6A4B">
            <w:pPr>
              <w:rPr>
                <w:rFonts w:ascii="Times New Roman" w:hAnsi="Times New Roman" w:cs="Times New Roman"/>
              </w:rPr>
            </w:pPr>
          </w:p>
        </w:tc>
      </w:tr>
      <w:tr w:rsidR="007F4AA3" w:rsidRPr="00D43CE2" w14:paraId="71F1144B" w14:textId="77777777" w:rsidTr="006A67C8">
        <w:trPr>
          <w:trHeight w:val="1701"/>
        </w:trPr>
        <w:tc>
          <w:tcPr>
            <w:tcW w:w="486" w:type="pct"/>
          </w:tcPr>
          <w:p w14:paraId="0988370F" w14:textId="0EE1E0E7" w:rsidR="006F6A4B" w:rsidRPr="00AC12C2" w:rsidRDefault="006F6A4B" w:rsidP="00AC12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077" w:type="pct"/>
          </w:tcPr>
          <w:p w14:paraId="2A8092B7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21894A7A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2AFAF58D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34B489C4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78AAE3C8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4EF16D63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1EFE4103" w14:textId="77777777" w:rsidR="002D2EA5" w:rsidRDefault="002D2EA5" w:rsidP="002D2EA5">
            <w:pPr>
              <w:rPr>
                <w:rFonts w:ascii="Times New Roman" w:hAnsi="Times New Roman" w:cs="Times New Roman"/>
              </w:rPr>
            </w:pPr>
          </w:p>
          <w:p w14:paraId="49B4E469" w14:textId="77777777" w:rsidR="006F6A4B" w:rsidRPr="00D43CE2" w:rsidRDefault="006F6A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</w:tcPr>
          <w:p w14:paraId="3BAB5F32" w14:textId="77777777" w:rsidR="006F6A4B" w:rsidRPr="00D43CE2" w:rsidRDefault="006F6A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7" w:type="pct"/>
          </w:tcPr>
          <w:p w14:paraId="386FCCD8" w14:textId="77777777" w:rsidR="006F6A4B" w:rsidRPr="00D43CE2" w:rsidRDefault="006F6A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2" w:type="pct"/>
          </w:tcPr>
          <w:p w14:paraId="34123F7B" w14:textId="77777777" w:rsidR="006F6A4B" w:rsidRPr="00D43CE2" w:rsidRDefault="006F6A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8" w:type="pct"/>
          </w:tcPr>
          <w:p w14:paraId="3B1A1053" w14:textId="77777777" w:rsidR="006F6A4B" w:rsidRPr="00D43CE2" w:rsidRDefault="006F6A4B">
            <w:pPr>
              <w:rPr>
                <w:rFonts w:ascii="Times New Roman" w:hAnsi="Times New Roman" w:cs="Times New Roman"/>
              </w:rPr>
            </w:pPr>
          </w:p>
        </w:tc>
      </w:tr>
    </w:tbl>
    <w:p w14:paraId="0ED6F0B1" w14:textId="77777777" w:rsidR="00073BD3" w:rsidRDefault="00DC0AF4" w:rsidP="002D2EA5">
      <w:pPr>
        <w:pStyle w:val="Titolo2"/>
        <w:spacing w:before="360" w:after="120"/>
        <w:rPr>
          <w:rFonts w:ascii="Times New Roman" w:hAnsi="Times New Roman" w:cs="Times New Roman"/>
          <w:color w:val="000000" w:themeColor="text1"/>
          <w:lang w:val="it-IT"/>
        </w:rPr>
      </w:pPr>
      <w:r w:rsidRPr="00D43CE2">
        <w:rPr>
          <w:rFonts w:ascii="Times New Roman" w:hAnsi="Times New Roman" w:cs="Times New Roman"/>
          <w:color w:val="000000" w:themeColor="text1"/>
          <w:lang w:val="it-IT"/>
        </w:rPr>
        <w:lastRenderedPageBreak/>
        <w:t>6. OBIETTIVI MINIMI PER ALLIEVI BES / DSA</w:t>
      </w:r>
    </w:p>
    <w:p w14:paraId="061DD355" w14:textId="77777777" w:rsidR="008C46FF" w:rsidRDefault="008C46FF" w:rsidP="008C46FF">
      <w:pPr>
        <w:pStyle w:val="NormaleWeb"/>
        <w:numPr>
          <w:ilvl w:val="0"/>
          <w:numId w:val="16"/>
        </w:numPr>
        <w:jc w:val="both"/>
      </w:pPr>
      <w:r>
        <w:t>Rispettare le regole fondamentali della convivenza civile, dell'ambiente scolastico e dei diversi contesti di apprendimento.</w:t>
      </w:r>
    </w:p>
    <w:p w14:paraId="414109CB" w14:textId="77777777" w:rsidR="008C46FF" w:rsidRDefault="008C46FF" w:rsidP="008C46FF">
      <w:pPr>
        <w:pStyle w:val="NormaleWeb"/>
        <w:numPr>
          <w:ilvl w:val="0"/>
          <w:numId w:val="16"/>
        </w:numPr>
        <w:jc w:val="both"/>
      </w:pPr>
      <w:r>
        <w:t>Instaurare relazioni positive e collaborative con i compagni, i docenti e le altre figure educative.</w:t>
      </w:r>
    </w:p>
    <w:p w14:paraId="77218723" w14:textId="77777777" w:rsidR="008C46FF" w:rsidRDefault="008C46FF" w:rsidP="008C46FF">
      <w:pPr>
        <w:pStyle w:val="NormaleWeb"/>
        <w:numPr>
          <w:ilvl w:val="0"/>
          <w:numId w:val="16"/>
        </w:numPr>
        <w:jc w:val="both"/>
      </w:pPr>
      <w:r>
        <w:t>Comprendere e svolgere semplici consegne, adeguate alle proprie capacità e ai propri bisogni formativi.</w:t>
      </w:r>
    </w:p>
    <w:p w14:paraId="5C4A341D" w14:textId="77777777" w:rsidR="008C46FF" w:rsidRDefault="008C46FF" w:rsidP="008C46FF">
      <w:pPr>
        <w:pStyle w:val="NormaleWeb"/>
        <w:numPr>
          <w:ilvl w:val="0"/>
          <w:numId w:val="16"/>
        </w:numPr>
        <w:jc w:val="both"/>
      </w:pPr>
      <w:r>
        <w:t>Utilizzare in modo appropriato materiali, strumenti e risorse didattiche, anche digitali, in relazione alle attività proposte.</w:t>
      </w:r>
    </w:p>
    <w:p w14:paraId="25BE13AE" w14:textId="77777777" w:rsidR="008C46FF" w:rsidRDefault="008C46FF" w:rsidP="008C46FF">
      <w:pPr>
        <w:pStyle w:val="NormaleWeb"/>
        <w:numPr>
          <w:ilvl w:val="0"/>
          <w:numId w:val="16"/>
        </w:numPr>
        <w:jc w:val="both"/>
      </w:pPr>
      <w:r>
        <w:t>Partecipare alle attività didattiche, individuali e di gruppo, portando a termine i compiti assegnati con un livello di autonomia progressivamente crescente.</w:t>
      </w:r>
    </w:p>
    <w:p w14:paraId="0805B735" w14:textId="77777777" w:rsidR="008C46FF" w:rsidRDefault="008C46FF" w:rsidP="008C46FF">
      <w:pPr>
        <w:pStyle w:val="NormaleWeb"/>
        <w:numPr>
          <w:ilvl w:val="0"/>
          <w:numId w:val="16"/>
        </w:numPr>
        <w:jc w:val="both"/>
      </w:pPr>
      <w:r>
        <w:t>Acquisire e consolidare conoscenze e abilità essenziali delle diverse discipline, applicandole in situazioni semplici e guidate.</w:t>
      </w:r>
    </w:p>
    <w:p w14:paraId="5E521A2F" w14:textId="77777777" w:rsidR="008C46FF" w:rsidRDefault="008C46FF" w:rsidP="008C46FF">
      <w:pPr>
        <w:pStyle w:val="NormaleWeb"/>
        <w:numPr>
          <w:ilvl w:val="0"/>
          <w:numId w:val="16"/>
        </w:numPr>
        <w:jc w:val="both"/>
      </w:pPr>
      <w:r>
        <w:t>Sviluppare gradualmente autonomia operativa, senso di responsabilità e capacità di organizzazione del proprio lavoro.</w:t>
      </w:r>
    </w:p>
    <w:p w14:paraId="0EC3642E" w14:textId="77777777" w:rsidR="008C46FF" w:rsidRDefault="008C46FF" w:rsidP="008C46FF">
      <w:pPr>
        <w:pStyle w:val="NormaleWeb"/>
        <w:numPr>
          <w:ilvl w:val="0"/>
          <w:numId w:val="16"/>
        </w:numPr>
        <w:jc w:val="both"/>
      </w:pPr>
      <w:r>
        <w:t>Rispettare le principali norme di sicurezza, igiene, ordine e tutela degli ambienti e delle attrezzature scolastiche.</w:t>
      </w:r>
    </w:p>
    <w:p w14:paraId="78E6E9C9" w14:textId="77777777" w:rsidR="008C46FF" w:rsidRDefault="008C46FF" w:rsidP="008C46FF">
      <w:pPr>
        <w:pStyle w:val="NormaleWeb"/>
        <w:numPr>
          <w:ilvl w:val="0"/>
          <w:numId w:val="16"/>
        </w:numPr>
        <w:jc w:val="both"/>
      </w:pPr>
      <w:r>
        <w:t>Comunicare in modo semplice, chiaro e pertinente, utilizzando anche il linguaggio specifico essenziale delle discipline.</w:t>
      </w:r>
    </w:p>
    <w:p w14:paraId="3F535E62" w14:textId="023EFDEC" w:rsidR="008C46FF" w:rsidRPr="008C46FF" w:rsidRDefault="008C46FF" w:rsidP="008C46FF">
      <w:pPr>
        <w:pStyle w:val="NormaleWeb"/>
        <w:numPr>
          <w:ilvl w:val="0"/>
          <w:numId w:val="16"/>
        </w:numPr>
        <w:jc w:val="both"/>
      </w:pPr>
      <w:r>
        <w:t>Utilizzare, ove previsti, gli strumenti compensativi e usufruire delle misure dispensative e delle strategie didattiche personalizzate, secondo quanto stabilito nel PDP o nel PEI.</w:t>
      </w:r>
    </w:p>
    <w:p w14:paraId="30C7497C" w14:textId="77777777" w:rsidR="00073BD3" w:rsidRPr="00D43CE2" w:rsidRDefault="00DC0AF4" w:rsidP="005C4C3C">
      <w:pPr>
        <w:pStyle w:val="Titolo2"/>
        <w:spacing w:before="240" w:after="120"/>
        <w:rPr>
          <w:rFonts w:ascii="Times New Roman" w:hAnsi="Times New Roman" w:cs="Times New Roman"/>
          <w:color w:val="000000" w:themeColor="text1"/>
          <w:lang w:val="it-IT"/>
        </w:rPr>
      </w:pPr>
      <w:r w:rsidRPr="00D43CE2">
        <w:rPr>
          <w:rFonts w:ascii="Times New Roman" w:hAnsi="Times New Roman" w:cs="Times New Roman"/>
          <w:color w:val="000000" w:themeColor="text1"/>
          <w:lang w:val="it-IT"/>
        </w:rPr>
        <w:t>7. METODOLOGIA DIDATTICA</w:t>
      </w:r>
    </w:p>
    <w:p w14:paraId="661A753F" w14:textId="77777777" w:rsidR="00487B07" w:rsidRPr="00D43CE2" w:rsidRDefault="00487B07" w:rsidP="005C4C3C">
      <w:pPr>
        <w:pStyle w:val="NormaleWeb"/>
        <w:spacing w:before="120" w:beforeAutospacing="0" w:after="120" w:afterAutospacing="0"/>
      </w:pPr>
      <w:r w:rsidRPr="00D43CE2">
        <w:rPr>
          <w:rStyle w:val="Enfasigrassetto"/>
        </w:rPr>
        <w:t>Selezionare le metodologie adottate nel percorso didattico: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9962"/>
      </w:tblGrid>
      <w:tr w:rsidR="00487B07" w:rsidRPr="00A83686" w14:paraId="452FAD83" w14:textId="77777777" w:rsidTr="002D2EA5">
        <w:trPr>
          <w:trHeight w:val="1475"/>
        </w:trPr>
        <w:tc>
          <w:tcPr>
            <w:tcW w:w="5000" w:type="pct"/>
          </w:tcPr>
          <w:p w14:paraId="63253DBB" w14:textId="7942E35D" w:rsidR="002D2EA5" w:rsidRDefault="00487B07" w:rsidP="002D2EA5">
            <w:pPr>
              <w:pStyle w:val="NormaleWeb"/>
              <w:tabs>
                <w:tab w:val="left" w:pos="2148"/>
                <w:tab w:val="left" w:pos="4700"/>
                <w:tab w:val="left" w:pos="7393"/>
              </w:tabs>
              <w:spacing w:before="120" w:beforeAutospacing="0" w:after="120" w:afterAutospacing="0" w:line="276" w:lineRule="auto"/>
              <w:jc w:val="both"/>
            </w:pPr>
            <w:r w:rsidRPr="00D43CE2">
              <w:rPr>
                <w:rFonts w:ascii="Segoe UI Symbol" w:hAnsi="Segoe UI Symbol" w:cs="Segoe UI Symbol"/>
              </w:rPr>
              <w:t>☐</w:t>
            </w:r>
            <w:r w:rsidRPr="00D43CE2">
              <w:t xml:space="preserve"> Lezione frontale</w:t>
            </w:r>
            <w:r w:rsidR="002D2EA5">
              <w:rPr>
                <w:b/>
                <w:bCs/>
              </w:rPr>
              <w:tab/>
            </w:r>
            <w:r w:rsidRPr="00D43CE2">
              <w:rPr>
                <w:rFonts w:ascii="Segoe UI Symbol" w:hAnsi="Segoe UI Symbol" w:cs="Segoe UI Symbol"/>
              </w:rPr>
              <w:t>☐</w:t>
            </w:r>
            <w:r w:rsidRPr="00D43CE2">
              <w:t xml:space="preserve"> Lezione dialogata</w:t>
            </w:r>
            <w:r w:rsidR="002D2EA5">
              <w:rPr>
                <w:b/>
                <w:bCs/>
              </w:rPr>
              <w:tab/>
            </w:r>
            <w:r w:rsidRPr="00D43CE2">
              <w:rPr>
                <w:rFonts w:ascii="Segoe UI Symbol" w:hAnsi="Segoe UI Symbol" w:cs="Segoe UI Symbol"/>
              </w:rPr>
              <w:t>☐</w:t>
            </w:r>
            <w:r w:rsidRPr="00D43CE2">
              <w:t xml:space="preserve"> Didattica laboratoriale</w:t>
            </w:r>
            <w:r w:rsidR="002D2EA5">
              <w:rPr>
                <w:b/>
                <w:bCs/>
              </w:rPr>
              <w:tab/>
            </w:r>
            <w:r w:rsidRPr="00D43CE2">
              <w:rPr>
                <w:rFonts w:ascii="Segoe UI Symbol" w:hAnsi="Segoe UI Symbol" w:cs="Segoe UI Symbol"/>
              </w:rPr>
              <w:t>☐</w:t>
            </w:r>
            <w:r w:rsidRPr="00D43CE2">
              <w:t xml:space="preserve"> Cooperative learning</w:t>
            </w:r>
          </w:p>
          <w:p w14:paraId="16124897" w14:textId="77777777" w:rsidR="002D2EA5" w:rsidRPr="002D2EA5" w:rsidRDefault="00487B07" w:rsidP="002D2EA5">
            <w:pPr>
              <w:pStyle w:val="NormaleWeb"/>
              <w:tabs>
                <w:tab w:val="left" w:pos="2148"/>
                <w:tab w:val="left" w:pos="4700"/>
                <w:tab w:val="left" w:pos="7393"/>
              </w:tabs>
              <w:spacing w:before="120" w:beforeAutospacing="0" w:after="120" w:afterAutospacing="0" w:line="276" w:lineRule="auto"/>
              <w:jc w:val="both"/>
              <w:rPr>
                <w:lang w:val="en-US"/>
              </w:rPr>
            </w:pPr>
            <w:r w:rsidRPr="002D2EA5">
              <w:rPr>
                <w:rFonts w:ascii="Segoe UI Symbol" w:hAnsi="Segoe UI Symbol" w:cs="Segoe UI Symbol"/>
                <w:lang w:val="en-US"/>
              </w:rPr>
              <w:t>☐</w:t>
            </w:r>
            <w:r w:rsidRPr="002D2EA5">
              <w:rPr>
                <w:lang w:val="en-US"/>
              </w:rPr>
              <w:t xml:space="preserve"> Peer tutoring</w:t>
            </w:r>
            <w:r w:rsidR="002D2EA5" w:rsidRPr="002D2EA5">
              <w:rPr>
                <w:b/>
                <w:bCs/>
                <w:lang w:val="en-US"/>
              </w:rPr>
              <w:tab/>
            </w:r>
            <w:r w:rsidRPr="002D2EA5">
              <w:rPr>
                <w:rFonts w:ascii="Segoe UI Symbol" w:hAnsi="Segoe UI Symbol" w:cs="Segoe UI Symbol"/>
                <w:lang w:val="en-US"/>
              </w:rPr>
              <w:t>☐</w:t>
            </w:r>
            <w:r w:rsidRPr="002D2EA5">
              <w:rPr>
                <w:lang w:val="en-US"/>
              </w:rPr>
              <w:t xml:space="preserve"> Flipped classroom</w:t>
            </w:r>
            <w:r w:rsidR="002D2EA5" w:rsidRPr="002D2EA5">
              <w:rPr>
                <w:b/>
                <w:bCs/>
                <w:lang w:val="en-US"/>
              </w:rPr>
              <w:tab/>
            </w:r>
            <w:r w:rsidRPr="002D2EA5">
              <w:rPr>
                <w:rFonts w:ascii="Segoe UI Symbol" w:hAnsi="Segoe UI Symbol" w:cs="Segoe UI Symbol"/>
                <w:lang w:val="en-US"/>
              </w:rPr>
              <w:t>☐</w:t>
            </w:r>
            <w:r w:rsidRPr="002D2EA5">
              <w:rPr>
                <w:lang w:val="en-US"/>
              </w:rPr>
              <w:t xml:space="preserve"> Problem solving</w:t>
            </w:r>
            <w:r w:rsidR="002D2EA5" w:rsidRPr="002D2EA5">
              <w:rPr>
                <w:b/>
                <w:bCs/>
                <w:lang w:val="en-US"/>
              </w:rPr>
              <w:tab/>
            </w:r>
            <w:r w:rsidRPr="002D2EA5">
              <w:rPr>
                <w:rFonts w:ascii="Segoe UI Symbol" w:hAnsi="Segoe UI Symbol" w:cs="Segoe UI Symbol"/>
                <w:lang w:val="en-US"/>
              </w:rPr>
              <w:t>☐</w:t>
            </w:r>
            <w:r w:rsidRPr="002D2EA5">
              <w:rPr>
                <w:lang w:val="en-US"/>
              </w:rPr>
              <w:t xml:space="preserve"> Project work</w:t>
            </w:r>
          </w:p>
          <w:p w14:paraId="67A31335" w14:textId="77777777" w:rsidR="002D2EA5" w:rsidRDefault="00487B07" w:rsidP="002D2EA5">
            <w:pPr>
              <w:pStyle w:val="NormaleWeb"/>
              <w:tabs>
                <w:tab w:val="left" w:pos="2148"/>
                <w:tab w:val="left" w:pos="3708"/>
                <w:tab w:val="left" w:pos="6543"/>
              </w:tabs>
              <w:spacing w:before="120" w:beforeAutospacing="0" w:after="120" w:afterAutospacing="0" w:line="276" w:lineRule="auto"/>
              <w:jc w:val="both"/>
            </w:pPr>
            <w:r w:rsidRPr="00D43CE2">
              <w:rPr>
                <w:rFonts w:ascii="Segoe UI Symbol" w:hAnsi="Segoe UI Symbol" w:cs="Segoe UI Symbol"/>
              </w:rPr>
              <w:t>☐</w:t>
            </w:r>
            <w:r w:rsidRPr="00D43CE2">
              <w:t xml:space="preserve"> Didattica breve</w:t>
            </w:r>
            <w:r w:rsidR="002D2EA5">
              <w:rPr>
                <w:b/>
                <w:bCs/>
              </w:rPr>
              <w:tab/>
            </w:r>
            <w:r w:rsidRPr="00D43CE2">
              <w:rPr>
                <w:rFonts w:ascii="Segoe UI Symbol" w:hAnsi="Segoe UI Symbol" w:cs="Segoe UI Symbol"/>
              </w:rPr>
              <w:t>☐</w:t>
            </w:r>
            <w:r w:rsidRPr="00D43CE2">
              <w:t xml:space="preserve"> Debate</w:t>
            </w:r>
            <w:r w:rsidR="002D2EA5">
              <w:rPr>
                <w:b/>
                <w:bCs/>
              </w:rPr>
              <w:tab/>
            </w:r>
            <w:r w:rsidRPr="00D43CE2">
              <w:rPr>
                <w:rFonts w:ascii="Segoe UI Symbol" w:hAnsi="Segoe UI Symbol" w:cs="Segoe UI Symbol"/>
              </w:rPr>
              <w:t>☐</w:t>
            </w:r>
            <w:r w:rsidR="002D2EA5">
              <w:t xml:space="preserve"> </w:t>
            </w:r>
            <w:r w:rsidRPr="00D43CE2">
              <w:t>Apprendimento situato</w:t>
            </w:r>
            <w:r w:rsidR="002D2EA5">
              <w:rPr>
                <w:b/>
                <w:bCs/>
              </w:rPr>
              <w:tab/>
            </w:r>
            <w:r w:rsidRPr="00D43CE2">
              <w:rPr>
                <w:rFonts w:ascii="Segoe UI Symbol" w:hAnsi="Segoe UI Symbol" w:cs="Segoe UI Symbol"/>
              </w:rPr>
              <w:t>☐</w:t>
            </w:r>
            <w:r w:rsidRPr="00D43CE2">
              <w:t xml:space="preserve"> Apprendimento personalizzato</w:t>
            </w:r>
          </w:p>
          <w:p w14:paraId="1FB9F07A" w14:textId="77777777" w:rsidR="002D2EA5" w:rsidRDefault="00487B07" w:rsidP="002D2EA5">
            <w:pPr>
              <w:pStyle w:val="NormaleWeb"/>
              <w:tabs>
                <w:tab w:val="left" w:pos="2148"/>
                <w:tab w:val="left" w:pos="3708"/>
                <w:tab w:val="left" w:pos="6543"/>
              </w:tabs>
              <w:spacing w:before="120" w:beforeAutospacing="0" w:after="120" w:afterAutospacing="0" w:line="276" w:lineRule="auto"/>
              <w:jc w:val="both"/>
            </w:pPr>
            <w:r w:rsidRPr="00D43CE2">
              <w:rPr>
                <w:rFonts w:ascii="Segoe UI Symbol" w:hAnsi="Segoe UI Symbol" w:cs="Segoe UI Symbol"/>
              </w:rPr>
              <w:t>☐</w:t>
            </w:r>
            <w:r w:rsidRPr="00D43CE2">
              <w:t xml:space="preserve"> Didattica per competenze</w:t>
            </w:r>
            <w:r w:rsidR="002D2EA5">
              <w:rPr>
                <w:b/>
                <w:bCs/>
              </w:rPr>
              <w:tab/>
            </w:r>
            <w:r w:rsidRPr="00D43CE2">
              <w:rPr>
                <w:rFonts w:ascii="Segoe UI Symbol" w:hAnsi="Segoe UI Symbol" w:cs="Segoe UI Symbol"/>
              </w:rPr>
              <w:t>☐</w:t>
            </w:r>
            <w:r w:rsidRPr="00D43CE2">
              <w:t xml:space="preserve"> Didattica per moduli / UDA</w:t>
            </w:r>
            <w:r w:rsidR="002D2EA5">
              <w:rPr>
                <w:b/>
                <w:bCs/>
              </w:rPr>
              <w:tab/>
            </w:r>
            <w:r w:rsidRPr="00D43CE2">
              <w:rPr>
                <w:rFonts w:ascii="Segoe UI Symbol" w:hAnsi="Segoe UI Symbol" w:cs="Segoe UI Symbol"/>
              </w:rPr>
              <w:t>☐</w:t>
            </w:r>
            <w:r w:rsidRPr="00D43CE2">
              <w:t xml:space="preserve"> Brainstorming</w:t>
            </w:r>
          </w:p>
          <w:p w14:paraId="2010F264" w14:textId="79FC514A" w:rsidR="00487B07" w:rsidRPr="00D43CE2" w:rsidRDefault="00487B07" w:rsidP="002D2EA5">
            <w:pPr>
              <w:pStyle w:val="NormaleWeb"/>
              <w:tabs>
                <w:tab w:val="left" w:pos="2148"/>
                <w:tab w:val="left" w:pos="3708"/>
                <w:tab w:val="left" w:pos="6543"/>
              </w:tabs>
              <w:spacing w:before="120" w:beforeAutospacing="0" w:after="120" w:afterAutospacing="0" w:line="276" w:lineRule="auto"/>
              <w:jc w:val="both"/>
            </w:pPr>
            <w:r w:rsidRPr="00D43CE2">
              <w:rPr>
                <w:rFonts w:ascii="Segoe UI Symbol" w:hAnsi="Segoe UI Symbol" w:cs="Segoe UI Symbol"/>
              </w:rPr>
              <w:t>☐</w:t>
            </w:r>
            <w:r w:rsidRPr="00D43CE2">
              <w:t xml:space="preserve"> Altro ____________________</w:t>
            </w:r>
            <w:r w:rsidR="005C4C3C">
              <w:t>_________________________</w:t>
            </w:r>
            <w:r w:rsidRPr="00D43CE2">
              <w:t>_</w:t>
            </w:r>
            <w:r w:rsidR="002D2EA5">
              <w:t>___________________________</w:t>
            </w:r>
          </w:p>
        </w:tc>
      </w:tr>
    </w:tbl>
    <w:p w14:paraId="31B88AB2" w14:textId="77777777" w:rsidR="00AC12C2" w:rsidRDefault="00487B07" w:rsidP="005C4C3C">
      <w:pPr>
        <w:spacing w:before="240" w:after="120" w:line="240" w:lineRule="auto"/>
        <w:outlineLvl w:val="2"/>
        <w:rPr>
          <w:rFonts w:ascii="Times New Roman" w:eastAsia="Times New Roman" w:hAnsi="Times New Roman" w:cs="Times New Roman"/>
          <w:b/>
          <w:bCs/>
          <w:lang w:val="it-IT" w:eastAsia="it-IT"/>
        </w:rPr>
      </w:pPr>
      <w:r w:rsidRPr="00D43CE2">
        <w:rPr>
          <w:rFonts w:ascii="Times New Roman" w:eastAsia="Times New Roman" w:hAnsi="Times New Roman" w:cs="Times New Roman"/>
          <w:b/>
          <w:bCs/>
          <w:lang w:val="it-IT" w:eastAsia="it-IT"/>
        </w:rPr>
        <w:t>Strumenti di lavoro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0"/>
        <w:gridCol w:w="7982"/>
      </w:tblGrid>
      <w:tr w:rsidR="00AC12C2" w14:paraId="0D0DE21B" w14:textId="77777777" w:rsidTr="00AC12C2">
        <w:tc>
          <w:tcPr>
            <w:tcW w:w="1980" w:type="dxa"/>
            <w:vAlign w:val="center"/>
          </w:tcPr>
          <w:p w14:paraId="5A38428A" w14:textId="3A487C9B" w:rsidR="00AC12C2" w:rsidRPr="00AC12C2" w:rsidRDefault="00AC12C2" w:rsidP="00AC12C2">
            <w:pPr>
              <w:spacing w:before="60" w:after="6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C12C2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CATEGORIA</w:t>
            </w:r>
          </w:p>
        </w:tc>
        <w:tc>
          <w:tcPr>
            <w:tcW w:w="7982" w:type="dxa"/>
            <w:vAlign w:val="center"/>
          </w:tcPr>
          <w:p w14:paraId="3B5D8040" w14:textId="09E125D9" w:rsidR="00AC12C2" w:rsidRPr="00AC12C2" w:rsidRDefault="00AC12C2" w:rsidP="00AC12C2">
            <w:pPr>
              <w:spacing w:before="60" w:after="60"/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C12C2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STRUMENTI / RISORSE</w:t>
            </w:r>
          </w:p>
        </w:tc>
      </w:tr>
      <w:tr w:rsidR="00AC12C2" w14:paraId="3223407F" w14:textId="77777777" w:rsidTr="00AC12C2">
        <w:tc>
          <w:tcPr>
            <w:tcW w:w="1980" w:type="dxa"/>
            <w:vAlign w:val="center"/>
          </w:tcPr>
          <w:p w14:paraId="68A7EAE4" w14:textId="1D7599A6" w:rsidR="00AC12C2" w:rsidRPr="00AC12C2" w:rsidRDefault="00AC12C2" w:rsidP="00AC12C2">
            <w:pPr>
              <w:spacing w:before="60" w:after="6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C12C2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Materiali didattici</w:t>
            </w:r>
          </w:p>
        </w:tc>
        <w:tc>
          <w:tcPr>
            <w:tcW w:w="7982" w:type="dxa"/>
            <w:vAlign w:val="center"/>
          </w:tcPr>
          <w:p w14:paraId="43944866" w14:textId="77777777" w:rsidR="00AC12C2" w:rsidRDefault="00AC12C2" w:rsidP="00AC12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Libro di testo 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Dispense del docente 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Schede operative</w:t>
            </w:r>
          </w:p>
          <w:p w14:paraId="0CEB18CE" w14:textId="2AAA5BC1" w:rsidR="00AC12C2" w:rsidRDefault="00AC12C2" w:rsidP="00AC12C2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Esercitazioni in laboratorio</w:t>
            </w:r>
          </w:p>
        </w:tc>
      </w:tr>
      <w:tr w:rsidR="00AC12C2" w:rsidRPr="008C46FF" w14:paraId="32CF249A" w14:textId="77777777" w:rsidTr="00AC12C2">
        <w:tc>
          <w:tcPr>
            <w:tcW w:w="1980" w:type="dxa"/>
            <w:vAlign w:val="center"/>
          </w:tcPr>
          <w:p w14:paraId="0D6E21AE" w14:textId="648EC7C3" w:rsidR="00AC12C2" w:rsidRPr="00AC12C2" w:rsidRDefault="00AC12C2" w:rsidP="00AC12C2">
            <w:pPr>
              <w:spacing w:before="60" w:after="6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C12C2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Risorse digitali</w:t>
            </w:r>
          </w:p>
        </w:tc>
        <w:tc>
          <w:tcPr>
            <w:tcW w:w="7982" w:type="dxa"/>
            <w:vAlign w:val="center"/>
          </w:tcPr>
          <w:p w14:paraId="54927D13" w14:textId="77777777" w:rsidR="00AC12C2" w:rsidRPr="00AC12C2" w:rsidRDefault="00AC12C2" w:rsidP="00AC12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C12C2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AC12C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AC12C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Piattaforma</w:t>
            </w:r>
            <w:proofErr w:type="spellEnd"/>
            <w:r w:rsidRPr="00AC12C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Google Workspace (Classroom, Drive, Moduli, Meet)</w:t>
            </w:r>
          </w:p>
          <w:p w14:paraId="550EC602" w14:textId="12D517B3" w:rsidR="00AC12C2" w:rsidRDefault="00AC12C2" w:rsidP="00AC12C2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LIM / Videoproiettore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Test online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Tutorial / Video didattici</w:t>
            </w:r>
          </w:p>
        </w:tc>
      </w:tr>
      <w:tr w:rsidR="00AC12C2" w14:paraId="1D97F5D4" w14:textId="77777777" w:rsidTr="00AC12C2">
        <w:tc>
          <w:tcPr>
            <w:tcW w:w="1980" w:type="dxa"/>
            <w:vAlign w:val="center"/>
          </w:tcPr>
          <w:p w14:paraId="4FBBF4AC" w14:textId="13FAE0AF" w:rsidR="00AC12C2" w:rsidRPr="00AC12C2" w:rsidRDefault="00AC12C2" w:rsidP="00AC12C2">
            <w:pPr>
              <w:spacing w:before="60" w:after="6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C12C2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App e software didattici</w:t>
            </w:r>
          </w:p>
        </w:tc>
        <w:tc>
          <w:tcPr>
            <w:tcW w:w="7982" w:type="dxa"/>
            <w:vAlign w:val="center"/>
          </w:tcPr>
          <w:p w14:paraId="1A8A44F6" w14:textId="77777777" w:rsidR="00AC12C2" w:rsidRDefault="00AC12C2" w:rsidP="00AC12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App Case Editrici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GeoGebra</w:t>
            </w:r>
            <w:proofErr w:type="spellEnd"/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Kahoot</w:t>
            </w:r>
            <w:proofErr w:type="spellEnd"/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Canva</w:t>
            </w:r>
            <w:proofErr w:type="spellEnd"/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Padlet</w:t>
            </w:r>
            <w:proofErr w:type="spellEnd"/>
          </w:p>
          <w:p w14:paraId="78A64452" w14:textId="2437DDB3" w:rsidR="00AC12C2" w:rsidRDefault="00AC12C2" w:rsidP="00AC12C2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Altro:</w:t>
            </w:r>
          </w:p>
        </w:tc>
      </w:tr>
      <w:tr w:rsidR="00AC12C2" w:rsidRPr="008C46FF" w14:paraId="5DFC4F3D" w14:textId="77777777" w:rsidTr="00AC12C2">
        <w:tc>
          <w:tcPr>
            <w:tcW w:w="1980" w:type="dxa"/>
            <w:vAlign w:val="center"/>
          </w:tcPr>
          <w:p w14:paraId="69BE7930" w14:textId="7F4BF8E3" w:rsidR="00AC12C2" w:rsidRPr="00AC12C2" w:rsidRDefault="00AC12C2" w:rsidP="00AC12C2">
            <w:pPr>
              <w:spacing w:before="60" w:after="6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C12C2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Strumenti tecnologici</w:t>
            </w:r>
          </w:p>
        </w:tc>
        <w:tc>
          <w:tcPr>
            <w:tcW w:w="7982" w:type="dxa"/>
            <w:vAlign w:val="center"/>
          </w:tcPr>
          <w:p w14:paraId="187474DB" w14:textId="77777777" w:rsidR="00AC12C2" w:rsidRDefault="00AC12C2" w:rsidP="00AC12C2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Computer / Laptop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Tablet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Smartphone didattico</w:t>
            </w:r>
          </w:p>
          <w:p w14:paraId="4B3C28F6" w14:textId="177256B1" w:rsidR="00AC12C2" w:rsidRDefault="00AC12C2" w:rsidP="00AC12C2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Stampante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Scanner</w:t>
            </w:r>
          </w:p>
        </w:tc>
      </w:tr>
      <w:tr w:rsidR="00AC12C2" w:rsidRPr="008C46FF" w14:paraId="13F5EB08" w14:textId="77777777" w:rsidTr="00AC12C2">
        <w:tc>
          <w:tcPr>
            <w:tcW w:w="1980" w:type="dxa"/>
            <w:vAlign w:val="center"/>
          </w:tcPr>
          <w:p w14:paraId="3378CA40" w14:textId="04829577" w:rsidR="00AC12C2" w:rsidRPr="00AC12C2" w:rsidRDefault="00AC12C2" w:rsidP="00AC12C2">
            <w:pPr>
              <w:spacing w:before="60" w:after="6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C12C2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lastRenderedPageBreak/>
              <w:t>Materiali audiovisivi</w:t>
            </w:r>
          </w:p>
        </w:tc>
        <w:tc>
          <w:tcPr>
            <w:tcW w:w="7982" w:type="dxa"/>
            <w:vAlign w:val="center"/>
          </w:tcPr>
          <w:p w14:paraId="3BF3D317" w14:textId="20AC9C25" w:rsidR="00AC12C2" w:rsidRDefault="00AC12C2" w:rsidP="00AC12C2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Film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Documentari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Video di settore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Registrazioni didattiche</w:t>
            </w:r>
          </w:p>
        </w:tc>
      </w:tr>
      <w:tr w:rsidR="00AC12C2" w:rsidRPr="008C46FF" w14:paraId="7D70426F" w14:textId="77777777" w:rsidTr="00AC12C2">
        <w:tc>
          <w:tcPr>
            <w:tcW w:w="1980" w:type="dxa"/>
            <w:vAlign w:val="center"/>
          </w:tcPr>
          <w:p w14:paraId="7828ACF2" w14:textId="0CE7D8D0" w:rsidR="00AC12C2" w:rsidRPr="00AC12C2" w:rsidRDefault="00AC12C2" w:rsidP="00AC12C2">
            <w:pPr>
              <w:spacing w:before="60" w:after="6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C12C2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Fonti e documentazione</w:t>
            </w:r>
          </w:p>
        </w:tc>
        <w:tc>
          <w:tcPr>
            <w:tcW w:w="7982" w:type="dxa"/>
            <w:vAlign w:val="center"/>
          </w:tcPr>
          <w:p w14:paraId="59D6BD2B" w14:textId="77777777" w:rsidR="00AC12C2" w:rsidRDefault="00AC12C2" w:rsidP="00AC12C2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Manuali tecnici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Normative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Testi di settore</w:t>
            </w:r>
          </w:p>
          <w:p w14:paraId="4B7FB5DA" w14:textId="52993017" w:rsidR="00AC12C2" w:rsidRPr="00A465E2" w:rsidRDefault="00AC12C2" w:rsidP="00AC12C2">
            <w:pPr>
              <w:outlineLvl w:val="2"/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Riviste / Stampa specialistica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Siti web istituzionali</w:t>
            </w:r>
          </w:p>
        </w:tc>
      </w:tr>
      <w:tr w:rsidR="00AC12C2" w:rsidRPr="008C46FF" w14:paraId="484B3BF9" w14:textId="77777777" w:rsidTr="00AC12C2">
        <w:tc>
          <w:tcPr>
            <w:tcW w:w="1980" w:type="dxa"/>
            <w:vAlign w:val="center"/>
          </w:tcPr>
          <w:p w14:paraId="073757CA" w14:textId="73819651" w:rsidR="00AC12C2" w:rsidRPr="00AC12C2" w:rsidRDefault="00AC12C2" w:rsidP="00AC12C2">
            <w:pPr>
              <w:spacing w:before="60" w:after="6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C12C2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Materiali autoprodotti</w:t>
            </w:r>
          </w:p>
        </w:tc>
        <w:tc>
          <w:tcPr>
            <w:tcW w:w="7982" w:type="dxa"/>
            <w:vAlign w:val="center"/>
          </w:tcPr>
          <w:p w14:paraId="712F8D43" w14:textId="4D709723" w:rsidR="00AC12C2" w:rsidRPr="00A465E2" w:rsidRDefault="00AC12C2" w:rsidP="00AC12C2">
            <w:pPr>
              <w:outlineLvl w:val="2"/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Mappe concettuali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Schede semplificate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Presentazioni multimediali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Prove strutturate dal docente</w:t>
            </w:r>
          </w:p>
        </w:tc>
      </w:tr>
      <w:tr w:rsidR="00AC12C2" w14:paraId="4106D9E0" w14:textId="77777777" w:rsidTr="00AC12C2">
        <w:tc>
          <w:tcPr>
            <w:tcW w:w="1980" w:type="dxa"/>
            <w:vAlign w:val="center"/>
          </w:tcPr>
          <w:p w14:paraId="4B6C549E" w14:textId="73630156" w:rsidR="00AC12C2" w:rsidRPr="00AC12C2" w:rsidRDefault="00AC12C2" w:rsidP="00AC12C2">
            <w:pPr>
              <w:spacing w:before="60" w:after="6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C12C2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Canali comunicativi</w:t>
            </w:r>
          </w:p>
        </w:tc>
        <w:tc>
          <w:tcPr>
            <w:tcW w:w="7982" w:type="dxa"/>
            <w:vAlign w:val="center"/>
          </w:tcPr>
          <w:p w14:paraId="6DC9CF75" w14:textId="77777777" w:rsidR="00AC12C2" w:rsidRDefault="00AC12C2" w:rsidP="00AC12C2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Chat WhatsApp (gruppo classe)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E-mail istituzionale</w:t>
            </w:r>
          </w:p>
          <w:p w14:paraId="15F70851" w14:textId="47BE6231" w:rsidR="00AC12C2" w:rsidRPr="00A465E2" w:rsidRDefault="00AC12C2" w:rsidP="00AC12C2">
            <w:pPr>
              <w:outlineLvl w:val="2"/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Bacheca Classroom 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 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Diario personale</w:t>
            </w:r>
          </w:p>
        </w:tc>
      </w:tr>
      <w:tr w:rsidR="00AC12C2" w14:paraId="3C9C6B2E" w14:textId="77777777" w:rsidTr="00AC12C2">
        <w:tc>
          <w:tcPr>
            <w:tcW w:w="1980" w:type="dxa"/>
            <w:vAlign w:val="center"/>
          </w:tcPr>
          <w:p w14:paraId="3029371C" w14:textId="3BE3B966" w:rsidR="00AC12C2" w:rsidRPr="00AC12C2" w:rsidRDefault="00AC12C2" w:rsidP="00AC12C2">
            <w:pPr>
              <w:spacing w:before="60" w:after="6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</w:pPr>
            <w:r w:rsidRPr="00AC12C2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Altro (specificare)</w:t>
            </w:r>
          </w:p>
        </w:tc>
        <w:tc>
          <w:tcPr>
            <w:tcW w:w="7982" w:type="dxa"/>
          </w:tcPr>
          <w:p w14:paraId="30856835" w14:textId="77777777" w:rsidR="00AC12C2" w:rsidRDefault="00AC12C2" w:rsidP="00AC12C2">
            <w:pPr>
              <w:outlineLvl w:val="2"/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</w:pPr>
          </w:p>
          <w:p w14:paraId="3833F720" w14:textId="346F3649" w:rsidR="00921A0F" w:rsidRPr="00A465E2" w:rsidRDefault="00921A0F" w:rsidP="00AC12C2">
            <w:pPr>
              <w:outlineLvl w:val="2"/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</w:pPr>
          </w:p>
        </w:tc>
      </w:tr>
    </w:tbl>
    <w:p w14:paraId="28B5D040" w14:textId="09BD65AF" w:rsidR="00073BD3" w:rsidRPr="00D43CE2" w:rsidRDefault="00DC0AF4" w:rsidP="00DC7F84">
      <w:pPr>
        <w:pStyle w:val="Titolo2"/>
        <w:spacing w:before="240" w:after="120" w:line="240" w:lineRule="auto"/>
        <w:rPr>
          <w:rFonts w:ascii="Times New Roman" w:hAnsi="Times New Roman" w:cs="Times New Roman"/>
          <w:color w:val="000000" w:themeColor="text1"/>
          <w:lang w:val="it-IT"/>
        </w:rPr>
      </w:pPr>
      <w:r w:rsidRPr="00D43CE2">
        <w:rPr>
          <w:rFonts w:ascii="Times New Roman" w:hAnsi="Times New Roman" w:cs="Times New Roman"/>
          <w:color w:val="000000" w:themeColor="text1"/>
          <w:lang w:val="it-IT"/>
        </w:rPr>
        <w:t>8. VERIFICA E VALUTAZIONE</w:t>
      </w:r>
    </w:p>
    <w:p w14:paraId="157DD6C5" w14:textId="77777777" w:rsidR="00407724" w:rsidRPr="00A465E2" w:rsidRDefault="00407724" w:rsidP="00921A0F">
      <w:pPr>
        <w:pStyle w:val="Titolo2"/>
        <w:spacing w:before="120" w:after="120" w:line="240" w:lineRule="auto"/>
        <w:rPr>
          <w:rFonts w:ascii="Times New Roman" w:hAnsi="Times New Roman" w:cs="Times New Roman"/>
          <w:color w:val="auto"/>
          <w:lang w:val="it-IT"/>
        </w:rPr>
      </w:pPr>
      <w:r w:rsidRPr="00A465E2">
        <w:rPr>
          <w:rFonts w:ascii="Times New Roman" w:eastAsia="Times New Roman" w:hAnsi="Times New Roman" w:cs="Times New Roman"/>
          <w:color w:val="auto"/>
          <w:sz w:val="24"/>
          <w:szCs w:val="24"/>
          <w:lang w:val="it-IT" w:eastAsia="it-IT"/>
        </w:rPr>
        <w:t>Strumenti di verifica utilizzati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9962"/>
      </w:tblGrid>
      <w:tr w:rsidR="00407724" w:rsidRPr="00DC7F84" w14:paraId="2F050E67" w14:textId="77777777" w:rsidTr="00DC7F84">
        <w:tc>
          <w:tcPr>
            <w:tcW w:w="5000" w:type="pct"/>
          </w:tcPr>
          <w:p w14:paraId="2505194B" w14:textId="77777777" w:rsidR="00DC7F84" w:rsidRDefault="00407724" w:rsidP="00921A0F">
            <w:pPr>
              <w:spacing w:before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Prove autentiche</w:t>
            </w:r>
            <w:r w:rsidRPr="00D43C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Prove pratiche</w:t>
            </w:r>
            <w:r w:rsidRPr="00D43C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Prove scritte strutturate / </w:t>
            </w:r>
            <w:r w:rsidRPr="00D43C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semi strutturate</w:t>
            </w:r>
          </w:p>
          <w:p w14:paraId="6DAE1B5C" w14:textId="77777777" w:rsidR="00DC7F84" w:rsidRDefault="00407724" w:rsidP="00DC7F8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Interrogazioni orali</w:t>
            </w:r>
            <w:r w:rsidRPr="00D43C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Esercitazioni di gruppo</w:t>
            </w:r>
            <w:r w:rsidRPr="00D43C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Relazioni / Report tecnici</w:t>
            </w:r>
          </w:p>
          <w:p w14:paraId="388BCB3E" w14:textId="77777777" w:rsidR="00407724" w:rsidRDefault="00407724" w:rsidP="00DC7F8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Osservazioni sistematiche</w:t>
            </w:r>
            <w:r w:rsidRPr="00D43C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Test online / Google Moduli</w:t>
            </w:r>
            <w:r w:rsidRPr="00D43C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App didattiche (</w:t>
            </w:r>
            <w:proofErr w:type="spellStart"/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Kahoot</w:t>
            </w:r>
            <w:proofErr w:type="spellEnd"/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, </w:t>
            </w:r>
            <w:proofErr w:type="spellStart"/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Padlet</w:t>
            </w:r>
            <w:proofErr w:type="spellEnd"/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, ecc.)</w:t>
            </w:r>
            <w:r w:rsidRPr="00D43C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Presentazioni multimediali / PowerPoint</w:t>
            </w:r>
            <w:r w:rsidRPr="00D43C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Project work</w:t>
            </w:r>
            <w:r w:rsidRPr="00D43C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Compiti di realtà</w:t>
            </w:r>
            <w:r w:rsidRPr="00D43C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r w:rsidRPr="00A465E2">
              <w:rPr>
                <w:rFonts w:ascii="Segoe UI Symbol" w:eastAsia="Times New Roman" w:hAnsi="Segoe UI Symbol" w:cs="Segoe UI Symbol"/>
                <w:sz w:val="24"/>
                <w:szCs w:val="24"/>
                <w:lang w:val="it-IT" w:eastAsia="it-IT"/>
              </w:rPr>
              <w:t>☐</w:t>
            </w:r>
            <w:r w:rsidRPr="00A465E2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Altro</w:t>
            </w:r>
          </w:p>
          <w:p w14:paraId="17A4F984" w14:textId="00F26234" w:rsidR="00DC7F84" w:rsidRPr="00D43CE2" w:rsidRDefault="00DC7F84" w:rsidP="00DC7F8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</w:p>
        </w:tc>
      </w:tr>
    </w:tbl>
    <w:p w14:paraId="2414D1A8" w14:textId="76BE455C" w:rsidR="00073BD3" w:rsidRPr="00D43CE2" w:rsidRDefault="00DC0AF4" w:rsidP="00921A0F">
      <w:pPr>
        <w:spacing w:before="240" w:after="120"/>
        <w:rPr>
          <w:rFonts w:ascii="Times New Roman" w:hAnsi="Times New Roman" w:cs="Times New Roman"/>
          <w:b/>
          <w:bCs/>
          <w:lang w:val="it-IT"/>
        </w:rPr>
      </w:pPr>
      <w:r w:rsidRPr="00D43CE2">
        <w:rPr>
          <w:rFonts w:ascii="Times New Roman" w:hAnsi="Times New Roman" w:cs="Times New Roman"/>
          <w:b/>
          <w:bCs/>
          <w:lang w:val="it-IT"/>
        </w:rPr>
        <w:t>Indicatori di valutazione ai fini della certificazione delle competenze: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546"/>
        <w:gridCol w:w="7416"/>
      </w:tblGrid>
      <w:tr w:rsidR="00073BD3" w:rsidRPr="0076262F" w14:paraId="745C20BB" w14:textId="77777777" w:rsidTr="00DC7F84">
        <w:tc>
          <w:tcPr>
            <w:tcW w:w="1278" w:type="pct"/>
            <w:vAlign w:val="center"/>
          </w:tcPr>
          <w:p w14:paraId="4DBBDC0B" w14:textId="77777777" w:rsidR="00073BD3" w:rsidRPr="00D43CE2" w:rsidRDefault="00DC0AF4" w:rsidP="00921A0F">
            <w:pPr>
              <w:spacing w:before="60" w:after="60"/>
              <w:rPr>
                <w:rFonts w:ascii="Times New Roman" w:hAnsi="Times New Roman" w:cs="Times New Roman"/>
              </w:rPr>
            </w:pPr>
            <w:proofErr w:type="spellStart"/>
            <w:r w:rsidRPr="00D43CE2">
              <w:rPr>
                <w:rFonts w:ascii="Times New Roman" w:hAnsi="Times New Roman" w:cs="Times New Roman"/>
              </w:rPr>
              <w:t>Livello</w:t>
            </w:r>
            <w:proofErr w:type="spellEnd"/>
            <w:r w:rsidRPr="00D43CE2">
              <w:rPr>
                <w:rFonts w:ascii="Times New Roman" w:hAnsi="Times New Roman" w:cs="Times New Roman"/>
              </w:rPr>
              <w:t xml:space="preserve"> 0 – </w:t>
            </w:r>
            <w:proofErr w:type="spellStart"/>
            <w:r w:rsidRPr="00D43CE2">
              <w:rPr>
                <w:rFonts w:ascii="Times New Roman" w:hAnsi="Times New Roman" w:cs="Times New Roman"/>
              </w:rPr>
              <w:t>Insufficiente</w:t>
            </w:r>
            <w:proofErr w:type="spellEnd"/>
          </w:p>
        </w:tc>
        <w:tc>
          <w:tcPr>
            <w:tcW w:w="3722" w:type="pct"/>
            <w:vAlign w:val="center"/>
          </w:tcPr>
          <w:p w14:paraId="3AF56CCF" w14:textId="77777777" w:rsidR="00073BD3" w:rsidRPr="00D43CE2" w:rsidRDefault="00DC0AF4" w:rsidP="00921A0F">
            <w:pPr>
              <w:spacing w:before="60" w:after="60"/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 xml:space="preserve">Lo studente non possiede conoscenze e abilità adeguate </w:t>
            </w:r>
            <w:proofErr w:type="gramStart"/>
            <w:r w:rsidRPr="00D43CE2">
              <w:rPr>
                <w:rFonts w:ascii="Times New Roman" w:hAnsi="Times New Roman" w:cs="Times New Roman"/>
                <w:lang w:val="it-IT"/>
              </w:rPr>
              <w:t>per</w:t>
            </w:r>
            <w:proofErr w:type="gramEnd"/>
            <w:r w:rsidRPr="00D43CE2">
              <w:rPr>
                <w:rFonts w:ascii="Times New Roman" w:hAnsi="Times New Roman" w:cs="Times New Roman"/>
                <w:lang w:val="it-IT"/>
              </w:rPr>
              <w:t xml:space="preserve"> svolgere compiti semplici.</w:t>
            </w:r>
          </w:p>
        </w:tc>
      </w:tr>
      <w:tr w:rsidR="00073BD3" w:rsidRPr="008C46FF" w14:paraId="4D0521F2" w14:textId="77777777" w:rsidTr="00DC7F84">
        <w:tc>
          <w:tcPr>
            <w:tcW w:w="1278" w:type="pct"/>
            <w:vAlign w:val="center"/>
          </w:tcPr>
          <w:p w14:paraId="0D60967B" w14:textId="77777777" w:rsidR="00073BD3" w:rsidRPr="00D43CE2" w:rsidRDefault="00DC0AF4" w:rsidP="00921A0F">
            <w:pPr>
              <w:spacing w:before="60" w:after="60"/>
              <w:rPr>
                <w:rFonts w:ascii="Times New Roman" w:hAnsi="Times New Roman" w:cs="Times New Roman"/>
              </w:rPr>
            </w:pPr>
            <w:proofErr w:type="spellStart"/>
            <w:r w:rsidRPr="00D43CE2">
              <w:rPr>
                <w:rFonts w:ascii="Times New Roman" w:hAnsi="Times New Roman" w:cs="Times New Roman"/>
              </w:rPr>
              <w:t>Livello</w:t>
            </w:r>
            <w:proofErr w:type="spellEnd"/>
            <w:r w:rsidRPr="00D43CE2">
              <w:rPr>
                <w:rFonts w:ascii="Times New Roman" w:hAnsi="Times New Roman" w:cs="Times New Roman"/>
              </w:rPr>
              <w:t xml:space="preserve"> 1 – Base</w:t>
            </w:r>
          </w:p>
        </w:tc>
        <w:tc>
          <w:tcPr>
            <w:tcW w:w="3722" w:type="pct"/>
            <w:vAlign w:val="center"/>
          </w:tcPr>
          <w:p w14:paraId="4D799991" w14:textId="77777777" w:rsidR="00073BD3" w:rsidRPr="00D43CE2" w:rsidRDefault="00DC0AF4" w:rsidP="00921A0F">
            <w:pPr>
              <w:spacing w:before="60" w:after="60"/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>Svolge compiti semplici in situazioni note, mostrando conoscenze essenziali e applicazione di regole fondamentali.</w:t>
            </w:r>
          </w:p>
        </w:tc>
      </w:tr>
      <w:tr w:rsidR="00073BD3" w:rsidRPr="008C46FF" w14:paraId="7A6686B2" w14:textId="77777777" w:rsidTr="00DC7F84">
        <w:tc>
          <w:tcPr>
            <w:tcW w:w="1278" w:type="pct"/>
            <w:vAlign w:val="center"/>
          </w:tcPr>
          <w:p w14:paraId="58F42BB0" w14:textId="77777777" w:rsidR="00073BD3" w:rsidRPr="00D43CE2" w:rsidRDefault="00DC0AF4" w:rsidP="00921A0F">
            <w:pPr>
              <w:spacing w:before="60" w:after="60"/>
              <w:rPr>
                <w:rFonts w:ascii="Times New Roman" w:hAnsi="Times New Roman" w:cs="Times New Roman"/>
              </w:rPr>
            </w:pPr>
            <w:proofErr w:type="spellStart"/>
            <w:r w:rsidRPr="00D43CE2">
              <w:rPr>
                <w:rFonts w:ascii="Times New Roman" w:hAnsi="Times New Roman" w:cs="Times New Roman"/>
              </w:rPr>
              <w:t>Livello</w:t>
            </w:r>
            <w:proofErr w:type="spellEnd"/>
            <w:r w:rsidRPr="00D43CE2">
              <w:rPr>
                <w:rFonts w:ascii="Times New Roman" w:hAnsi="Times New Roman" w:cs="Times New Roman"/>
              </w:rPr>
              <w:t xml:space="preserve"> 2 – </w:t>
            </w:r>
            <w:proofErr w:type="spellStart"/>
            <w:r w:rsidRPr="00D43CE2">
              <w:rPr>
                <w:rFonts w:ascii="Times New Roman" w:hAnsi="Times New Roman" w:cs="Times New Roman"/>
              </w:rPr>
              <w:t>Intermedio</w:t>
            </w:r>
            <w:proofErr w:type="spellEnd"/>
          </w:p>
        </w:tc>
        <w:tc>
          <w:tcPr>
            <w:tcW w:w="3722" w:type="pct"/>
            <w:vAlign w:val="center"/>
          </w:tcPr>
          <w:p w14:paraId="2A3CD28F" w14:textId="77777777" w:rsidR="00073BD3" w:rsidRPr="00D43CE2" w:rsidRDefault="00DC0AF4" w:rsidP="00921A0F">
            <w:pPr>
              <w:spacing w:before="60" w:after="60"/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>Svolge compiti complessi in situazioni note, utilizzando in modo consapevole conoscenze e abilità.</w:t>
            </w:r>
          </w:p>
        </w:tc>
      </w:tr>
      <w:tr w:rsidR="00073BD3" w:rsidRPr="008C46FF" w14:paraId="15794648" w14:textId="77777777" w:rsidTr="00DC7F84">
        <w:tc>
          <w:tcPr>
            <w:tcW w:w="1278" w:type="pct"/>
            <w:vAlign w:val="center"/>
          </w:tcPr>
          <w:p w14:paraId="4A4A5732" w14:textId="77777777" w:rsidR="00073BD3" w:rsidRPr="00D43CE2" w:rsidRDefault="00DC0AF4" w:rsidP="00921A0F">
            <w:pPr>
              <w:spacing w:before="60" w:after="60"/>
              <w:rPr>
                <w:rFonts w:ascii="Times New Roman" w:hAnsi="Times New Roman" w:cs="Times New Roman"/>
              </w:rPr>
            </w:pPr>
            <w:proofErr w:type="spellStart"/>
            <w:r w:rsidRPr="00D43CE2">
              <w:rPr>
                <w:rFonts w:ascii="Times New Roman" w:hAnsi="Times New Roman" w:cs="Times New Roman"/>
              </w:rPr>
              <w:t>Livello</w:t>
            </w:r>
            <w:proofErr w:type="spellEnd"/>
            <w:r w:rsidRPr="00D43CE2">
              <w:rPr>
                <w:rFonts w:ascii="Times New Roman" w:hAnsi="Times New Roman" w:cs="Times New Roman"/>
              </w:rPr>
              <w:t xml:space="preserve"> 3 – Avanzato</w:t>
            </w:r>
          </w:p>
        </w:tc>
        <w:tc>
          <w:tcPr>
            <w:tcW w:w="3722" w:type="pct"/>
            <w:vAlign w:val="center"/>
          </w:tcPr>
          <w:p w14:paraId="20FFEECF" w14:textId="77777777" w:rsidR="00073BD3" w:rsidRPr="00D43CE2" w:rsidRDefault="00DC0AF4" w:rsidP="00921A0F">
            <w:pPr>
              <w:spacing w:before="60" w:after="60"/>
              <w:rPr>
                <w:rFonts w:ascii="Times New Roman" w:hAnsi="Times New Roman" w:cs="Times New Roman"/>
                <w:lang w:val="it-IT"/>
              </w:rPr>
            </w:pPr>
            <w:r w:rsidRPr="00D43CE2">
              <w:rPr>
                <w:rFonts w:ascii="Times New Roman" w:hAnsi="Times New Roman" w:cs="Times New Roman"/>
                <w:lang w:val="it-IT"/>
              </w:rPr>
              <w:t>Svolge compiti complessi anche in situazioni non note, con autonomia e padronanza, sostenendo opinioni e decisioni consapevoli.</w:t>
            </w:r>
          </w:p>
        </w:tc>
      </w:tr>
    </w:tbl>
    <w:p w14:paraId="6889EBC8" w14:textId="77777777" w:rsidR="00073BD3" w:rsidRPr="00D43CE2" w:rsidRDefault="00DC0AF4" w:rsidP="00DC7F84">
      <w:pPr>
        <w:pStyle w:val="Titolo2"/>
        <w:spacing w:before="240" w:after="120"/>
        <w:rPr>
          <w:rFonts w:ascii="Times New Roman" w:hAnsi="Times New Roman" w:cs="Times New Roman"/>
          <w:color w:val="000000" w:themeColor="text1"/>
          <w:lang w:val="it-IT"/>
        </w:rPr>
      </w:pPr>
      <w:r w:rsidRPr="00D43CE2">
        <w:rPr>
          <w:rFonts w:ascii="Times New Roman" w:hAnsi="Times New Roman" w:cs="Times New Roman"/>
          <w:color w:val="000000" w:themeColor="text1"/>
          <w:lang w:val="it-IT"/>
        </w:rPr>
        <w:t>9. STRATEGIE DI RECUPERO E INCLUSIONE</w:t>
      </w:r>
    </w:p>
    <w:p w14:paraId="235D92CE" w14:textId="77777777" w:rsidR="00DC7F84" w:rsidRPr="00DC7F84" w:rsidRDefault="00DC0AF4" w:rsidP="00DC7F84">
      <w:pPr>
        <w:pStyle w:val="Paragrafoelenco"/>
        <w:numPr>
          <w:ilvl w:val="0"/>
          <w:numId w:val="15"/>
        </w:numPr>
        <w:spacing w:before="120" w:after="120"/>
        <w:ind w:left="709" w:hanging="357"/>
        <w:contextualSpacing w:val="0"/>
        <w:jc w:val="both"/>
        <w:rPr>
          <w:rFonts w:ascii="Times New Roman" w:hAnsi="Times New Roman" w:cs="Times New Roman"/>
          <w:lang w:val="it-IT"/>
        </w:rPr>
      </w:pPr>
      <w:r w:rsidRPr="00DC7F84">
        <w:rPr>
          <w:rFonts w:ascii="Times New Roman" w:hAnsi="Times New Roman" w:cs="Times New Roman"/>
          <w:lang w:val="it-IT"/>
        </w:rPr>
        <w:t>Analisi dei test d’ingresso, intermedi e finali.</w:t>
      </w:r>
    </w:p>
    <w:p w14:paraId="6C516C29" w14:textId="02416F75" w:rsidR="00DC7F84" w:rsidRPr="00DC7F84" w:rsidRDefault="00DC0AF4" w:rsidP="00DC7F84">
      <w:pPr>
        <w:pStyle w:val="Paragrafoelenco"/>
        <w:numPr>
          <w:ilvl w:val="0"/>
          <w:numId w:val="15"/>
        </w:numPr>
        <w:spacing w:before="120" w:after="120"/>
        <w:ind w:left="709" w:hanging="357"/>
        <w:contextualSpacing w:val="0"/>
        <w:jc w:val="both"/>
        <w:rPr>
          <w:rFonts w:ascii="Times New Roman" w:hAnsi="Times New Roman" w:cs="Times New Roman"/>
          <w:lang w:val="it-IT"/>
        </w:rPr>
      </w:pPr>
      <w:r w:rsidRPr="00DC7F84">
        <w:rPr>
          <w:rFonts w:ascii="Times New Roman" w:hAnsi="Times New Roman" w:cs="Times New Roman"/>
          <w:lang w:val="it-IT"/>
        </w:rPr>
        <w:t>Corsi di recupero e potenziamento disciplinare.</w:t>
      </w:r>
    </w:p>
    <w:p w14:paraId="7AB9B0EE" w14:textId="78D3B19A" w:rsidR="00DC7F84" w:rsidRPr="00DC7F84" w:rsidRDefault="00DC0AF4" w:rsidP="00DC7F84">
      <w:pPr>
        <w:pStyle w:val="Paragrafoelenco"/>
        <w:numPr>
          <w:ilvl w:val="0"/>
          <w:numId w:val="15"/>
        </w:numPr>
        <w:spacing w:before="120" w:after="120"/>
        <w:ind w:left="709" w:hanging="357"/>
        <w:contextualSpacing w:val="0"/>
        <w:jc w:val="both"/>
        <w:rPr>
          <w:rFonts w:ascii="Times New Roman" w:hAnsi="Times New Roman" w:cs="Times New Roman"/>
          <w:lang w:val="it-IT"/>
        </w:rPr>
      </w:pPr>
      <w:r w:rsidRPr="00DC7F84">
        <w:rPr>
          <w:rFonts w:ascii="Times New Roman" w:hAnsi="Times New Roman" w:cs="Times New Roman"/>
          <w:lang w:val="it-IT"/>
        </w:rPr>
        <w:t>Studio assistito in classe e sportello didattico.</w:t>
      </w:r>
    </w:p>
    <w:p w14:paraId="615800B0" w14:textId="361FBD9B" w:rsidR="00DC7F84" w:rsidRPr="00DC7F84" w:rsidRDefault="00DC0AF4" w:rsidP="00DC7F84">
      <w:pPr>
        <w:pStyle w:val="Paragrafoelenco"/>
        <w:numPr>
          <w:ilvl w:val="0"/>
          <w:numId w:val="15"/>
        </w:numPr>
        <w:spacing w:before="120" w:after="120"/>
        <w:ind w:left="709" w:hanging="357"/>
        <w:contextualSpacing w:val="0"/>
        <w:jc w:val="both"/>
        <w:rPr>
          <w:rFonts w:ascii="Times New Roman" w:hAnsi="Times New Roman" w:cs="Times New Roman"/>
          <w:lang w:val="it-IT"/>
        </w:rPr>
      </w:pPr>
      <w:r w:rsidRPr="00DC7F84">
        <w:rPr>
          <w:rFonts w:ascii="Times New Roman" w:hAnsi="Times New Roman" w:cs="Times New Roman"/>
          <w:lang w:val="it-IT"/>
        </w:rPr>
        <w:t xml:space="preserve">Interventi personalizzati per studenti BES/DSA, in coerenza con la L.170/2010, il </w:t>
      </w:r>
      <w:r w:rsidR="0000526D" w:rsidRPr="00DC7F84">
        <w:rPr>
          <w:rFonts w:ascii="Times New Roman" w:hAnsi="Times New Roman" w:cs="Times New Roman"/>
          <w:lang w:val="it-IT"/>
        </w:rPr>
        <w:t>D. Lgs</w:t>
      </w:r>
      <w:r w:rsidRPr="00DC7F84">
        <w:rPr>
          <w:rFonts w:ascii="Times New Roman" w:hAnsi="Times New Roman" w:cs="Times New Roman"/>
          <w:lang w:val="it-IT"/>
        </w:rPr>
        <w:t>.66/2017 e il D.I.182/2020.</w:t>
      </w:r>
    </w:p>
    <w:p w14:paraId="0E273745" w14:textId="2B3D14E9" w:rsidR="00073BD3" w:rsidRPr="00DC7F84" w:rsidRDefault="00DC0AF4" w:rsidP="00DC7F84">
      <w:pPr>
        <w:pStyle w:val="Paragrafoelenco"/>
        <w:numPr>
          <w:ilvl w:val="0"/>
          <w:numId w:val="15"/>
        </w:numPr>
        <w:spacing w:before="120" w:after="120"/>
        <w:ind w:left="709" w:hanging="357"/>
        <w:contextualSpacing w:val="0"/>
        <w:jc w:val="both"/>
        <w:rPr>
          <w:rFonts w:ascii="Times New Roman" w:hAnsi="Times New Roman" w:cs="Times New Roman"/>
          <w:lang w:val="it-IT"/>
        </w:rPr>
      </w:pPr>
      <w:r w:rsidRPr="00DC7F84">
        <w:rPr>
          <w:rFonts w:ascii="Times New Roman" w:hAnsi="Times New Roman" w:cs="Times New Roman"/>
          <w:lang w:val="it-IT"/>
        </w:rPr>
        <w:t>Utilizzo di strumenti compensativi digitali e materiali semplificati.</w:t>
      </w:r>
    </w:p>
    <w:p w14:paraId="117FFCDB" w14:textId="07AA775B" w:rsidR="00073BD3" w:rsidRPr="00D43CE2" w:rsidRDefault="00DC0AF4" w:rsidP="00DC7F84">
      <w:pPr>
        <w:spacing w:before="240" w:after="120"/>
        <w:jc w:val="both"/>
        <w:rPr>
          <w:rFonts w:ascii="Times New Roman" w:hAnsi="Times New Roman" w:cs="Times New Roman"/>
          <w:lang w:val="it-IT"/>
        </w:rPr>
      </w:pPr>
      <w:r w:rsidRPr="00D43CE2">
        <w:rPr>
          <w:rFonts w:ascii="Times New Roman" w:hAnsi="Times New Roman" w:cs="Times New Roman"/>
          <w:lang w:val="it-IT"/>
        </w:rPr>
        <w:lastRenderedPageBreak/>
        <w:t>La presente programmazione è suscettibile di modifiche o integrazioni nel corso dell’anno scolastico in relazione ai ritmi di apprendimento e al tempo effettivamente disponibile.</w:t>
      </w:r>
    </w:p>
    <w:p w14:paraId="688D7CEA" w14:textId="77777777" w:rsidR="00DC7F84" w:rsidRDefault="00DC7F84">
      <w:pPr>
        <w:rPr>
          <w:rFonts w:ascii="Times New Roman" w:hAnsi="Times New Roman" w:cs="Times New Roman"/>
          <w:lang w:val="it-IT"/>
        </w:rPr>
      </w:pPr>
    </w:p>
    <w:p w14:paraId="6A150B51" w14:textId="4EAB569D" w:rsidR="00073BD3" w:rsidRPr="00D43CE2" w:rsidRDefault="00DC0AF4" w:rsidP="00DC7F84">
      <w:pPr>
        <w:tabs>
          <w:tab w:val="left" w:pos="4536"/>
        </w:tabs>
        <w:rPr>
          <w:rFonts w:ascii="Times New Roman" w:hAnsi="Times New Roman" w:cs="Times New Roman"/>
          <w:lang w:val="it-IT"/>
        </w:rPr>
      </w:pPr>
      <w:r w:rsidRPr="00D43CE2">
        <w:rPr>
          <w:rFonts w:ascii="Times New Roman" w:hAnsi="Times New Roman" w:cs="Times New Roman"/>
          <w:lang w:val="it-IT"/>
        </w:rPr>
        <w:t>Data _______________</w:t>
      </w:r>
      <w:r w:rsidR="00DC7F84">
        <w:rPr>
          <w:rFonts w:ascii="Times New Roman" w:hAnsi="Times New Roman" w:cs="Times New Roman"/>
          <w:lang w:val="it-IT"/>
        </w:rPr>
        <w:tab/>
      </w:r>
      <w:r w:rsidRPr="00D43CE2">
        <w:rPr>
          <w:rFonts w:ascii="Times New Roman" w:hAnsi="Times New Roman" w:cs="Times New Roman"/>
          <w:lang w:val="it-IT"/>
        </w:rPr>
        <w:t>Firma del docente ___________________________</w:t>
      </w:r>
      <w:r w:rsidR="00DC7F84">
        <w:rPr>
          <w:rFonts w:ascii="Times New Roman" w:hAnsi="Times New Roman" w:cs="Times New Roman"/>
          <w:lang w:val="it-IT"/>
        </w:rPr>
        <w:t>______</w:t>
      </w:r>
      <w:r w:rsidRPr="00D43CE2">
        <w:rPr>
          <w:rFonts w:ascii="Times New Roman" w:hAnsi="Times New Roman" w:cs="Times New Roman"/>
          <w:lang w:val="it-IT"/>
        </w:rPr>
        <w:t>_</w:t>
      </w:r>
    </w:p>
    <w:sectPr w:rsidR="00073BD3" w:rsidRPr="00D43CE2" w:rsidSect="007F4AA3">
      <w:pgSz w:w="12240" w:h="15840"/>
      <w:pgMar w:top="1418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486655"/>
    <w:multiLevelType w:val="multilevel"/>
    <w:tmpl w:val="32F8A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7076CC"/>
    <w:multiLevelType w:val="hybridMultilevel"/>
    <w:tmpl w:val="E93AFCCE"/>
    <w:lvl w:ilvl="0" w:tplc="B8FC47C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F53949"/>
    <w:multiLevelType w:val="hybridMultilevel"/>
    <w:tmpl w:val="E0F23C5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CD1A9E"/>
    <w:multiLevelType w:val="hybridMultilevel"/>
    <w:tmpl w:val="4F7CD868"/>
    <w:lvl w:ilvl="0" w:tplc="C8F60E34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C86035"/>
    <w:multiLevelType w:val="hybridMultilevel"/>
    <w:tmpl w:val="309427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DB6EDE"/>
    <w:multiLevelType w:val="hybridMultilevel"/>
    <w:tmpl w:val="34029BD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2221CC"/>
    <w:multiLevelType w:val="hybridMultilevel"/>
    <w:tmpl w:val="AD1E05E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2546697">
    <w:abstractNumId w:val="8"/>
  </w:num>
  <w:num w:numId="2" w16cid:durableId="1043746777">
    <w:abstractNumId w:val="6"/>
  </w:num>
  <w:num w:numId="3" w16cid:durableId="1317998651">
    <w:abstractNumId w:val="5"/>
  </w:num>
  <w:num w:numId="4" w16cid:durableId="461074209">
    <w:abstractNumId w:val="4"/>
  </w:num>
  <w:num w:numId="5" w16cid:durableId="1013723611">
    <w:abstractNumId w:val="7"/>
  </w:num>
  <w:num w:numId="6" w16cid:durableId="1559899808">
    <w:abstractNumId w:val="3"/>
  </w:num>
  <w:num w:numId="7" w16cid:durableId="1018963856">
    <w:abstractNumId w:val="2"/>
  </w:num>
  <w:num w:numId="8" w16cid:durableId="86580284">
    <w:abstractNumId w:val="1"/>
  </w:num>
  <w:num w:numId="9" w16cid:durableId="2128505542">
    <w:abstractNumId w:val="0"/>
  </w:num>
  <w:num w:numId="10" w16cid:durableId="1433940388">
    <w:abstractNumId w:val="11"/>
  </w:num>
  <w:num w:numId="11" w16cid:durableId="252714438">
    <w:abstractNumId w:val="14"/>
  </w:num>
  <w:num w:numId="12" w16cid:durableId="2082287107">
    <w:abstractNumId w:val="12"/>
  </w:num>
  <w:num w:numId="13" w16cid:durableId="1474714541">
    <w:abstractNumId w:val="13"/>
  </w:num>
  <w:num w:numId="14" w16cid:durableId="1275677746">
    <w:abstractNumId w:val="10"/>
  </w:num>
  <w:num w:numId="15" w16cid:durableId="867763142">
    <w:abstractNumId w:val="15"/>
  </w:num>
  <w:num w:numId="16" w16cid:durableId="6817086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26D"/>
    <w:rsid w:val="00034616"/>
    <w:rsid w:val="0006063C"/>
    <w:rsid w:val="00073BD3"/>
    <w:rsid w:val="0015074B"/>
    <w:rsid w:val="001655A3"/>
    <w:rsid w:val="00232E67"/>
    <w:rsid w:val="0029639D"/>
    <w:rsid w:val="002D2EA5"/>
    <w:rsid w:val="002D5EB3"/>
    <w:rsid w:val="00326F90"/>
    <w:rsid w:val="00407724"/>
    <w:rsid w:val="00487B07"/>
    <w:rsid w:val="005862C2"/>
    <w:rsid w:val="005C4C3C"/>
    <w:rsid w:val="006A67C8"/>
    <w:rsid w:val="006F6A4B"/>
    <w:rsid w:val="0076262F"/>
    <w:rsid w:val="007E3598"/>
    <w:rsid w:val="007F4AA3"/>
    <w:rsid w:val="008C46FF"/>
    <w:rsid w:val="0090457B"/>
    <w:rsid w:val="00921A0F"/>
    <w:rsid w:val="009C1C2E"/>
    <w:rsid w:val="00A13797"/>
    <w:rsid w:val="00A83686"/>
    <w:rsid w:val="00AA1D8D"/>
    <w:rsid w:val="00AC12C2"/>
    <w:rsid w:val="00B206F3"/>
    <w:rsid w:val="00B47730"/>
    <w:rsid w:val="00CB0664"/>
    <w:rsid w:val="00CE6081"/>
    <w:rsid w:val="00D43CE2"/>
    <w:rsid w:val="00DC0AF4"/>
    <w:rsid w:val="00DC7F84"/>
    <w:rsid w:val="00EA1EED"/>
    <w:rsid w:val="00F545A4"/>
    <w:rsid w:val="00F7439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7D8291"/>
  <w14:defaultImageDpi w14:val="330"/>
  <w15:docId w15:val="{AD256B02-2A1D-4D75-8A69-A20C3C2F4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eWeb">
    <w:name w:val="Normal (Web)"/>
    <w:basedOn w:val="Normale"/>
    <w:uiPriority w:val="99"/>
    <w:unhideWhenUsed/>
    <w:rsid w:val="00487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table" w:styleId="Tabellasemplice-1">
    <w:name w:val="Plain Table 1"/>
    <w:basedOn w:val="Tabellanormale"/>
    <w:uiPriority w:val="99"/>
    <w:rsid w:val="00487B0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1229</Words>
  <Characters>7006</Characters>
  <Application>Microsoft Office Word</Application>
  <DocSecurity>0</DocSecurity>
  <Lines>58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8219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Antonio Rosario La Marca</cp:lastModifiedBy>
  <cp:revision>3</cp:revision>
  <dcterms:created xsi:type="dcterms:W3CDTF">2026-10-14T20:42:00Z</dcterms:created>
  <dcterms:modified xsi:type="dcterms:W3CDTF">2026-10-14T20:45:00Z</dcterms:modified>
  <cp:category/>
</cp:coreProperties>
</file>