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9641" w14:textId="77777777" w:rsidR="004045C1" w:rsidRDefault="004045C1" w:rsidP="004045C1">
      <w:pPr>
        <w:jc w:val="center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3BB9124D" wp14:editId="45FFDFF3">
            <wp:simplePos x="0" y="0"/>
            <wp:positionH relativeFrom="margin">
              <wp:posOffset>2594610</wp:posOffset>
            </wp:positionH>
            <wp:positionV relativeFrom="paragraph">
              <wp:posOffset>-318770</wp:posOffset>
            </wp:positionV>
            <wp:extent cx="1276350" cy="988695"/>
            <wp:effectExtent l="0" t="0" r="0" b="1905"/>
            <wp:wrapNone/>
            <wp:docPr id="1993782095" name="Immagine 1" descr="Immagine che contiene testo, logo, Carattere, March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, logo, Carattere, March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104D2" w14:textId="77777777" w:rsidR="004045C1" w:rsidRDefault="004045C1" w:rsidP="004045C1">
      <w:pPr>
        <w:pStyle w:val="Titolo1"/>
        <w:jc w:val="center"/>
        <w:rPr>
          <w:rFonts w:ascii="Times New Roman" w:hAnsi="Times New Roman" w:cs="Times New Roman"/>
          <w:color w:val="000000" w:themeColor="text1"/>
          <w:lang w:val="it-IT"/>
        </w:rPr>
      </w:pPr>
    </w:p>
    <w:p w14:paraId="1222B187" w14:textId="4B29E9C3" w:rsidR="004045C1" w:rsidRPr="00D43CE2" w:rsidRDefault="004045C1" w:rsidP="004045C1">
      <w:pPr>
        <w:pStyle w:val="Titolo1"/>
        <w:spacing w:before="360"/>
        <w:jc w:val="center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 xml:space="preserve">PROGRAMMAZIONE DISCIPLINARE PER COMPETENZE – </w:t>
      </w:r>
      <w:r>
        <w:rPr>
          <w:rFonts w:ascii="Times New Roman" w:hAnsi="Times New Roman" w:cs="Times New Roman"/>
          <w:color w:val="000000" w:themeColor="text1"/>
          <w:lang w:val="it-IT"/>
        </w:rPr>
        <w:t>TR</w:t>
      </w:r>
      <w:r w:rsidRPr="00D43CE2">
        <w:rPr>
          <w:rFonts w:ascii="Times New Roman" w:hAnsi="Times New Roman" w:cs="Times New Roman"/>
          <w:color w:val="000000" w:themeColor="text1"/>
          <w:lang w:val="it-IT"/>
        </w:rPr>
        <w:t>IENNIO</w:t>
      </w:r>
    </w:p>
    <w:p w14:paraId="58013539" w14:textId="402D2937" w:rsidR="004045C1" w:rsidRDefault="004045C1" w:rsidP="004045C1">
      <w:pPr>
        <w:spacing w:before="240" w:after="120"/>
        <w:jc w:val="center"/>
        <w:rPr>
          <w:rFonts w:ascii="Times New Roman" w:hAnsi="Times New Roman" w:cs="Times New Roman"/>
          <w:b/>
          <w:bCs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b/>
          <w:bCs/>
          <w:color w:val="000000" w:themeColor="text1"/>
          <w:lang w:val="it-IT"/>
        </w:rPr>
        <w:t>Anno scolastico: 202</w:t>
      </w:r>
      <w:r w:rsidR="003F6530">
        <w:rPr>
          <w:rFonts w:ascii="Times New Roman" w:hAnsi="Times New Roman" w:cs="Times New Roman"/>
          <w:b/>
          <w:bCs/>
          <w:color w:val="000000" w:themeColor="text1"/>
          <w:lang w:val="it-IT"/>
        </w:rPr>
        <w:t>6</w:t>
      </w:r>
      <w:r w:rsidRPr="00D43CE2">
        <w:rPr>
          <w:rFonts w:ascii="Times New Roman" w:hAnsi="Times New Roman" w:cs="Times New Roman"/>
          <w:b/>
          <w:bCs/>
          <w:color w:val="000000" w:themeColor="text1"/>
          <w:lang w:val="it-IT"/>
        </w:rPr>
        <w:t>–202</w:t>
      </w:r>
      <w:r w:rsidR="003F6530">
        <w:rPr>
          <w:rFonts w:ascii="Times New Roman" w:hAnsi="Times New Roman" w:cs="Times New Roman"/>
          <w:b/>
          <w:bCs/>
          <w:color w:val="000000" w:themeColor="text1"/>
          <w:lang w:val="it-IT"/>
        </w:rPr>
        <w:t>7</w:t>
      </w:r>
    </w:p>
    <w:p w14:paraId="4163B9DA" w14:textId="77777777" w:rsidR="004045C1" w:rsidRPr="00D43CE2" w:rsidRDefault="004045C1" w:rsidP="004045C1">
      <w:pPr>
        <w:pStyle w:val="Titolo2"/>
        <w:rPr>
          <w:rFonts w:ascii="Times New Roman" w:hAnsi="Times New Roman" w:cs="Times New Roman"/>
          <w:color w:val="000000" w:themeColor="text1"/>
        </w:rPr>
      </w:pPr>
      <w:r w:rsidRPr="00D43CE2">
        <w:rPr>
          <w:rFonts w:ascii="Times New Roman" w:hAnsi="Times New Roman" w:cs="Times New Roman"/>
          <w:color w:val="000000" w:themeColor="text1"/>
        </w:rPr>
        <w:t>1. DATI GENERALI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90"/>
        <w:gridCol w:w="7272"/>
      </w:tblGrid>
      <w:tr w:rsidR="004045C1" w:rsidRPr="00D43CE2" w14:paraId="76A1BE48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29DDBA7C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Disciplina:</w:t>
            </w:r>
          </w:p>
        </w:tc>
        <w:tc>
          <w:tcPr>
            <w:tcW w:w="3650" w:type="pct"/>
            <w:vAlign w:val="center"/>
          </w:tcPr>
          <w:p w14:paraId="3A47FC2B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61C91C84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360DC6FE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Asse culturale:</w:t>
            </w:r>
          </w:p>
        </w:tc>
        <w:tc>
          <w:tcPr>
            <w:tcW w:w="3650" w:type="pct"/>
            <w:vAlign w:val="center"/>
          </w:tcPr>
          <w:p w14:paraId="4997DB69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3B046D9C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7B57D7D4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Docente:</w:t>
            </w:r>
          </w:p>
        </w:tc>
        <w:tc>
          <w:tcPr>
            <w:tcW w:w="3650" w:type="pct"/>
            <w:vAlign w:val="center"/>
          </w:tcPr>
          <w:p w14:paraId="73FFE516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478DFD4B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33EDD3D0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Classe e sezione:</w:t>
            </w:r>
          </w:p>
        </w:tc>
        <w:tc>
          <w:tcPr>
            <w:tcW w:w="3650" w:type="pct"/>
            <w:vAlign w:val="center"/>
          </w:tcPr>
          <w:p w14:paraId="45E399BF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3F8004E8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2D3AF5F9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Ore settimanali:</w:t>
            </w:r>
          </w:p>
        </w:tc>
        <w:tc>
          <w:tcPr>
            <w:tcW w:w="3650" w:type="pct"/>
            <w:vAlign w:val="center"/>
          </w:tcPr>
          <w:p w14:paraId="49FB0F1F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0811E902" w14:textId="77777777" w:rsidTr="00CB5514">
        <w:trPr>
          <w:trHeight w:val="397"/>
        </w:trPr>
        <w:tc>
          <w:tcPr>
            <w:tcW w:w="1350" w:type="pct"/>
            <w:vAlign w:val="center"/>
          </w:tcPr>
          <w:p w14:paraId="2D4920A8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Data di presentazione:</w:t>
            </w:r>
          </w:p>
        </w:tc>
        <w:tc>
          <w:tcPr>
            <w:tcW w:w="3650" w:type="pct"/>
            <w:vAlign w:val="center"/>
          </w:tcPr>
          <w:p w14:paraId="6976A7D8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</w:tbl>
    <w:p w14:paraId="3224958B" w14:textId="77777777" w:rsidR="004045C1" w:rsidRPr="00D43CE2" w:rsidRDefault="004045C1" w:rsidP="004045C1">
      <w:pPr>
        <w:pStyle w:val="Titolo2"/>
        <w:rPr>
          <w:rFonts w:ascii="Times New Roman" w:hAnsi="Times New Roman" w:cs="Times New Roman"/>
          <w:color w:val="000000" w:themeColor="text1"/>
        </w:rPr>
      </w:pPr>
      <w:r w:rsidRPr="00D43CE2">
        <w:rPr>
          <w:rFonts w:ascii="Times New Roman" w:hAnsi="Times New Roman" w:cs="Times New Roman"/>
          <w:color w:val="000000" w:themeColor="text1"/>
        </w:rPr>
        <w:t>2. SITUAZIONE DI PARTENZA</w:t>
      </w:r>
    </w:p>
    <w:p w14:paraId="4089C898" w14:textId="77777777" w:rsidR="004045C1" w:rsidRPr="00D43CE2" w:rsidRDefault="004045C1" w:rsidP="004045C1">
      <w:pPr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Analisi della classe (spuntare le voci pertinenti):</w:t>
      </w:r>
    </w:p>
    <w:p w14:paraId="00E1338F" w14:textId="77777777" w:rsidR="004045C1" w:rsidRPr="00D43CE2" w:rsidRDefault="004045C1" w:rsidP="004045C1">
      <w:pPr>
        <w:tabs>
          <w:tab w:val="left" w:pos="284"/>
          <w:tab w:val="left" w:pos="1701"/>
          <w:tab w:val="left" w:pos="3261"/>
          <w:tab w:val="left" w:pos="5103"/>
        </w:tabs>
        <w:jc w:val="both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ab/>
        <w:t>Medio–alto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Medio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Medio–basso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Basso</w:t>
      </w:r>
    </w:p>
    <w:p w14:paraId="5A839B3C" w14:textId="77777777" w:rsidR="004045C1" w:rsidRPr="00D43CE2" w:rsidRDefault="004045C1" w:rsidP="004045C1">
      <w:pPr>
        <w:tabs>
          <w:tab w:val="left" w:pos="284"/>
          <w:tab w:val="left" w:pos="1701"/>
          <w:tab w:val="left" w:pos="3261"/>
          <w:tab w:val="left" w:pos="5103"/>
        </w:tabs>
        <w:jc w:val="both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ab/>
        <w:t xml:space="preserve">Vivace 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Tranquillo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Passivo</w:t>
      </w:r>
      <w:r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Problematico</w:t>
      </w:r>
    </w:p>
    <w:p w14:paraId="05E74609" w14:textId="77777777" w:rsidR="004045C1" w:rsidRDefault="004045C1" w:rsidP="004045C1">
      <w:pPr>
        <w:spacing w:after="120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 xml:space="preserve">Strumenti utilizzati per l’analisi: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test d’ingresso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osservazione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verifiche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questionari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dialogo</w:t>
      </w:r>
    </w:p>
    <w:p w14:paraId="1476822B" w14:textId="77777777" w:rsidR="004045C1" w:rsidRDefault="004045C1" w:rsidP="004045C1">
      <w:pPr>
        <w:spacing w:after="0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altro </w:t>
      </w:r>
    </w:p>
    <w:tbl>
      <w:tblPr>
        <w:tblStyle w:val="Grigliatabella"/>
        <w:tblpPr w:leftFromText="141" w:rightFromText="141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045C1" w14:paraId="01618431" w14:textId="77777777" w:rsidTr="00CB5514">
        <w:tc>
          <w:tcPr>
            <w:tcW w:w="9962" w:type="dxa"/>
          </w:tcPr>
          <w:p w14:paraId="216C5642" w14:textId="77777777" w:rsidR="004045C1" w:rsidRDefault="004045C1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5435E303" w14:textId="77777777" w:rsidR="004045C1" w:rsidRDefault="004045C1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252DD68" w14:textId="77777777" w:rsidR="004045C1" w:rsidRDefault="004045C1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004A72A" w14:textId="77777777" w:rsidR="004045C1" w:rsidRDefault="004045C1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D8DBB91" w14:textId="77777777" w:rsidR="004045C1" w:rsidRDefault="004045C1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15190F77" w14:textId="77777777" w:rsidR="004045C1" w:rsidRPr="00D43CE2" w:rsidRDefault="004045C1" w:rsidP="004045C1">
      <w:pPr>
        <w:spacing w:before="240" w:after="120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Tabella dei livelli di profitto in ingresso: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4045C1" w:rsidRPr="00D43CE2" w14:paraId="402E977D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7D72FC87" w14:textId="77777777" w:rsidR="004045C1" w:rsidRPr="002D5EB3" w:rsidRDefault="004045C1" w:rsidP="00CB5514">
            <w:pPr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Livello</w:t>
            </w:r>
          </w:p>
        </w:tc>
        <w:tc>
          <w:tcPr>
            <w:tcW w:w="1250" w:type="pct"/>
            <w:vAlign w:val="center"/>
          </w:tcPr>
          <w:p w14:paraId="3F4ECA81" w14:textId="77777777" w:rsidR="004045C1" w:rsidRPr="002D5EB3" w:rsidRDefault="004045C1" w:rsidP="00CB5514">
            <w:pPr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Descrizione</w:t>
            </w:r>
          </w:p>
        </w:tc>
        <w:tc>
          <w:tcPr>
            <w:tcW w:w="1250" w:type="pct"/>
            <w:vAlign w:val="center"/>
          </w:tcPr>
          <w:p w14:paraId="4CBB980B" w14:textId="77777777" w:rsidR="004045C1" w:rsidRPr="002D5EB3" w:rsidRDefault="004045C1" w:rsidP="00CB5514">
            <w:pPr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N° Alunni</w:t>
            </w:r>
          </w:p>
        </w:tc>
        <w:tc>
          <w:tcPr>
            <w:tcW w:w="1250" w:type="pct"/>
            <w:vAlign w:val="center"/>
          </w:tcPr>
          <w:p w14:paraId="53C4CE63" w14:textId="77777777" w:rsidR="004045C1" w:rsidRPr="002D5EB3" w:rsidRDefault="004045C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4045C1" w:rsidRPr="00D43CE2" w14:paraId="70FACAA2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567662FC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1°</w:t>
            </w:r>
          </w:p>
        </w:tc>
        <w:tc>
          <w:tcPr>
            <w:tcW w:w="1250" w:type="pct"/>
            <w:vAlign w:val="center"/>
          </w:tcPr>
          <w:p w14:paraId="16C04FD1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Ottimo (&gt;7,4)</w:t>
            </w:r>
          </w:p>
        </w:tc>
        <w:tc>
          <w:tcPr>
            <w:tcW w:w="1250" w:type="pct"/>
            <w:vAlign w:val="center"/>
          </w:tcPr>
          <w:p w14:paraId="6AC2B879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4B2BF8F6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33AD140F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603C9DD0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2°</w:t>
            </w:r>
          </w:p>
        </w:tc>
        <w:tc>
          <w:tcPr>
            <w:tcW w:w="1250" w:type="pct"/>
            <w:vAlign w:val="center"/>
          </w:tcPr>
          <w:p w14:paraId="107F233C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Buono (6,5–7,4)</w:t>
            </w:r>
          </w:p>
        </w:tc>
        <w:tc>
          <w:tcPr>
            <w:tcW w:w="1250" w:type="pct"/>
            <w:vAlign w:val="center"/>
          </w:tcPr>
          <w:p w14:paraId="78777322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1988E45A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3A3089E8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11E7423E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3°</w:t>
            </w:r>
          </w:p>
        </w:tc>
        <w:tc>
          <w:tcPr>
            <w:tcW w:w="1250" w:type="pct"/>
            <w:vAlign w:val="center"/>
          </w:tcPr>
          <w:p w14:paraId="6FE5003D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Sufficiente (5,5–6,4)</w:t>
            </w:r>
          </w:p>
        </w:tc>
        <w:tc>
          <w:tcPr>
            <w:tcW w:w="1250" w:type="pct"/>
            <w:vAlign w:val="center"/>
          </w:tcPr>
          <w:p w14:paraId="3F471B72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25F4C4D9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2E357A30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73275149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4°</w:t>
            </w:r>
          </w:p>
        </w:tc>
        <w:tc>
          <w:tcPr>
            <w:tcW w:w="1250" w:type="pct"/>
            <w:vAlign w:val="center"/>
          </w:tcPr>
          <w:p w14:paraId="46664CB7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Mediocre (4,5–5,4)</w:t>
            </w:r>
          </w:p>
        </w:tc>
        <w:tc>
          <w:tcPr>
            <w:tcW w:w="1250" w:type="pct"/>
            <w:vAlign w:val="center"/>
          </w:tcPr>
          <w:p w14:paraId="5D99D13C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70FCD2F2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7C11E108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549D490C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5°</w:t>
            </w:r>
          </w:p>
        </w:tc>
        <w:tc>
          <w:tcPr>
            <w:tcW w:w="1250" w:type="pct"/>
            <w:vAlign w:val="center"/>
          </w:tcPr>
          <w:p w14:paraId="31082162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Insufficiente (&lt;4,5)</w:t>
            </w:r>
          </w:p>
        </w:tc>
        <w:tc>
          <w:tcPr>
            <w:tcW w:w="1250" w:type="pct"/>
            <w:vAlign w:val="center"/>
          </w:tcPr>
          <w:p w14:paraId="1FF58625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2927EF3E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4045C1" w:rsidRPr="00D43CE2" w14:paraId="62D25FFB" w14:textId="77777777" w:rsidTr="00CB5514">
        <w:trPr>
          <w:trHeight w:val="397"/>
        </w:trPr>
        <w:tc>
          <w:tcPr>
            <w:tcW w:w="1250" w:type="pct"/>
            <w:vAlign w:val="center"/>
          </w:tcPr>
          <w:p w14:paraId="54F2E2FF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6°</w:t>
            </w:r>
          </w:p>
        </w:tc>
        <w:tc>
          <w:tcPr>
            <w:tcW w:w="1250" w:type="pct"/>
            <w:vAlign w:val="center"/>
          </w:tcPr>
          <w:p w14:paraId="04FB2A7B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1250" w:type="pct"/>
            <w:vAlign w:val="center"/>
          </w:tcPr>
          <w:p w14:paraId="32995BFE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406AF8AA" w14:textId="77777777" w:rsidR="004045C1" w:rsidRPr="00D43CE2" w:rsidRDefault="004045C1" w:rsidP="00CB5514">
            <w:pPr>
              <w:rPr>
                <w:rFonts w:ascii="Times New Roman" w:hAnsi="Times New Roman" w:cs="Times New Roman"/>
              </w:rPr>
            </w:pPr>
          </w:p>
        </w:tc>
      </w:tr>
    </w:tbl>
    <w:p w14:paraId="732FF615" w14:textId="77777777" w:rsidR="00136DAD" w:rsidRPr="00A465E2" w:rsidRDefault="00332D3F">
      <w:pPr>
        <w:pStyle w:val="Titolo2"/>
        <w:rPr>
          <w:rFonts w:ascii="Times New Roman" w:hAnsi="Times New Roman" w:cs="Times New Roman"/>
          <w:color w:val="auto"/>
        </w:rPr>
      </w:pPr>
      <w:r w:rsidRPr="00A465E2">
        <w:rPr>
          <w:rFonts w:ascii="Times New Roman" w:hAnsi="Times New Roman" w:cs="Times New Roman"/>
          <w:color w:val="auto"/>
        </w:rPr>
        <w:lastRenderedPageBreak/>
        <w:t>3. COMPETENZE DISCIPLINARI E PROFESSIONALI</w:t>
      </w:r>
    </w:p>
    <w:p w14:paraId="12007B4B" w14:textId="0B7B33A3" w:rsidR="00136DAD" w:rsidRPr="00A465E2" w:rsidRDefault="00332D3F" w:rsidP="004045C1">
      <w:pPr>
        <w:jc w:val="both"/>
        <w:rPr>
          <w:rFonts w:ascii="Times New Roman" w:hAnsi="Times New Roman" w:cs="Times New Roman"/>
          <w:lang w:val="it-IT"/>
        </w:rPr>
      </w:pPr>
      <w:r w:rsidRPr="00A465E2">
        <w:rPr>
          <w:rFonts w:ascii="Times New Roman" w:hAnsi="Times New Roman" w:cs="Times New Roman"/>
          <w:lang w:val="it-IT"/>
        </w:rPr>
        <w:t xml:space="preserve">Le competenze del triennio si sviluppano in coerenza con i risultati di apprendimento previsti dal </w:t>
      </w:r>
      <w:r w:rsidR="004B31F2" w:rsidRPr="00A465E2">
        <w:rPr>
          <w:rFonts w:ascii="Times New Roman" w:hAnsi="Times New Roman" w:cs="Times New Roman"/>
          <w:lang w:val="it-IT"/>
        </w:rPr>
        <w:t>D.lgs.</w:t>
      </w:r>
      <w:r w:rsidRPr="00A465E2">
        <w:rPr>
          <w:rFonts w:ascii="Times New Roman" w:hAnsi="Times New Roman" w:cs="Times New Roman"/>
          <w:lang w:val="it-IT"/>
        </w:rPr>
        <w:t xml:space="preserve"> 61/2017 e dal Profilo Educativo, Culturale e Professionale dello studente dell’Istruzione Professionale.</w:t>
      </w:r>
    </w:p>
    <w:p w14:paraId="5C785D9E" w14:textId="57E182A3" w:rsidR="00B969C4" w:rsidRPr="00B969C4" w:rsidRDefault="00B969C4" w:rsidP="004045C1">
      <w:pPr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B969C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Scelta dell’Asse culturale di riferimento</w:t>
      </w:r>
      <w:r w:rsidR="004045C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:</w:t>
      </w:r>
    </w:p>
    <w:p w14:paraId="7CAD4472" w14:textId="77777777" w:rsidR="00334AE3" w:rsidRDefault="00B969C4" w:rsidP="004045C1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969C4">
        <w:rPr>
          <w:rFonts w:ascii="Segoe UI Symbol" w:eastAsia="Times New Roman" w:hAnsi="Segoe UI Symbol" w:cs="Segoe UI Symbol"/>
          <w:sz w:val="24"/>
          <w:szCs w:val="24"/>
          <w:lang w:val="it-IT" w:eastAsia="it-IT"/>
        </w:rPr>
        <w:t>☐</w:t>
      </w:r>
      <w:r w:rsidRPr="00B969C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969C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Asse dei linguaggi</w:t>
      </w:r>
    </w:p>
    <w:p w14:paraId="32A99EA5" w14:textId="77777777" w:rsidR="00334AE3" w:rsidRDefault="00B969C4" w:rsidP="004045C1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969C4">
        <w:rPr>
          <w:rFonts w:ascii="Segoe UI Symbol" w:eastAsia="Times New Roman" w:hAnsi="Segoe UI Symbol" w:cs="Segoe UI Symbol"/>
          <w:sz w:val="24"/>
          <w:szCs w:val="24"/>
          <w:lang w:val="it-IT" w:eastAsia="it-IT"/>
        </w:rPr>
        <w:t>☐</w:t>
      </w:r>
      <w:r w:rsidRPr="00B969C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969C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Asse matematico</w:t>
      </w:r>
    </w:p>
    <w:p w14:paraId="53E3B014" w14:textId="77777777" w:rsidR="00334AE3" w:rsidRDefault="00B969C4" w:rsidP="004045C1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969C4">
        <w:rPr>
          <w:rFonts w:ascii="Segoe UI Symbol" w:eastAsia="Times New Roman" w:hAnsi="Segoe UI Symbol" w:cs="Segoe UI Symbol"/>
          <w:sz w:val="24"/>
          <w:szCs w:val="24"/>
          <w:lang w:val="it-IT" w:eastAsia="it-IT"/>
        </w:rPr>
        <w:t>☐</w:t>
      </w:r>
      <w:r w:rsidRPr="00B969C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969C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Asse scientifico-tecnologico</w:t>
      </w:r>
    </w:p>
    <w:p w14:paraId="10AC587C" w14:textId="6AA4EB4C" w:rsidR="00B969C4" w:rsidRPr="00B969C4" w:rsidRDefault="00B969C4" w:rsidP="004045C1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969C4">
        <w:rPr>
          <w:rFonts w:ascii="Segoe UI Symbol" w:eastAsia="Times New Roman" w:hAnsi="Segoe UI Symbol" w:cs="Segoe UI Symbol"/>
          <w:sz w:val="24"/>
          <w:szCs w:val="24"/>
          <w:lang w:val="it-IT" w:eastAsia="it-IT"/>
        </w:rPr>
        <w:t>☐</w:t>
      </w:r>
      <w:r w:rsidRPr="00B969C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969C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Asse storico-sociale</w:t>
      </w:r>
    </w:p>
    <w:p w14:paraId="587004E3" w14:textId="152115BF" w:rsidR="00B969C4" w:rsidRPr="00A465E2" w:rsidRDefault="00B969C4" w:rsidP="00B969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  <w:r w:rsidRPr="00B969C4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  <w:t>(Barrare l’asse di riferimento della disciplina e compilare la tabella corrispondente.)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770"/>
        <w:gridCol w:w="1723"/>
        <w:gridCol w:w="2168"/>
        <w:gridCol w:w="2056"/>
        <w:gridCol w:w="2245"/>
      </w:tblGrid>
      <w:tr w:rsidR="009902BE" w:rsidRPr="00B969C4" w14:paraId="0228FD8C" w14:textId="77777777" w:rsidTr="00CA31EF">
        <w:trPr>
          <w:jc w:val="center"/>
        </w:trPr>
        <w:tc>
          <w:tcPr>
            <w:tcW w:w="907" w:type="pct"/>
            <w:vAlign w:val="center"/>
            <w:hideMark/>
          </w:tcPr>
          <w:p w14:paraId="531BA248" w14:textId="77777777" w:rsidR="00B969C4" w:rsidRPr="00B969C4" w:rsidRDefault="00B969C4" w:rsidP="00CA3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ASSE</w:t>
            </w:r>
          </w:p>
        </w:tc>
        <w:tc>
          <w:tcPr>
            <w:tcW w:w="792" w:type="pct"/>
            <w:vAlign w:val="center"/>
            <w:hideMark/>
          </w:tcPr>
          <w:p w14:paraId="662D7839" w14:textId="77777777" w:rsidR="00B969C4" w:rsidRPr="00B969C4" w:rsidRDefault="00B969C4" w:rsidP="00CA3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AMBITO</w:t>
            </w:r>
          </w:p>
        </w:tc>
        <w:tc>
          <w:tcPr>
            <w:tcW w:w="1106" w:type="pct"/>
            <w:vAlign w:val="center"/>
            <w:hideMark/>
          </w:tcPr>
          <w:p w14:paraId="796A1B43" w14:textId="77777777" w:rsidR="00B969C4" w:rsidRPr="00B969C4" w:rsidRDefault="00B969C4" w:rsidP="00CA3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COMPETENZE DI RIFERIMENTO</w:t>
            </w:r>
          </w:p>
        </w:tc>
        <w:tc>
          <w:tcPr>
            <w:tcW w:w="1050" w:type="pct"/>
            <w:vAlign w:val="center"/>
            <w:hideMark/>
          </w:tcPr>
          <w:p w14:paraId="76A4E381" w14:textId="77777777" w:rsidR="00B969C4" w:rsidRPr="00B969C4" w:rsidRDefault="00B969C4" w:rsidP="00CA3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INDICATORI OSSERVABILI / CAPACITÀ</w:t>
            </w:r>
          </w:p>
        </w:tc>
        <w:tc>
          <w:tcPr>
            <w:tcW w:w="1145" w:type="pct"/>
            <w:vAlign w:val="center"/>
            <w:hideMark/>
          </w:tcPr>
          <w:p w14:paraId="2EB8C9F8" w14:textId="77777777" w:rsidR="00B969C4" w:rsidRPr="00B969C4" w:rsidRDefault="00B969C4" w:rsidP="00CA3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STATO</w:t>
            </w:r>
          </w:p>
        </w:tc>
      </w:tr>
      <w:tr w:rsidR="009902BE" w:rsidRPr="00743C8A" w14:paraId="31742E6F" w14:textId="77777777" w:rsidTr="00CA31EF">
        <w:trPr>
          <w:jc w:val="center"/>
        </w:trPr>
        <w:tc>
          <w:tcPr>
            <w:tcW w:w="907" w:type="pct"/>
            <w:hideMark/>
          </w:tcPr>
          <w:p w14:paraId="79939E27" w14:textId="77777777" w:rsidR="00B969C4" w:rsidRPr="00B969C4" w:rsidRDefault="00B969C4" w:rsidP="00CA31EF">
            <w:pPr>
              <w:spacing w:before="60" w:after="60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Linguaggi</w:t>
            </w:r>
          </w:p>
        </w:tc>
        <w:tc>
          <w:tcPr>
            <w:tcW w:w="792" w:type="pct"/>
            <w:hideMark/>
          </w:tcPr>
          <w:p w14:paraId="2F272426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Comunicazione</w:t>
            </w:r>
          </w:p>
        </w:tc>
        <w:tc>
          <w:tcPr>
            <w:tcW w:w="1106" w:type="pct"/>
            <w:hideMark/>
          </w:tcPr>
          <w:p w14:paraId="0BA29874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Comprendere e produrre testi di vario genere; utilizzare linguaggi specifici.</w:t>
            </w:r>
          </w:p>
        </w:tc>
        <w:tc>
          <w:tcPr>
            <w:tcW w:w="1050" w:type="pct"/>
            <w:hideMark/>
          </w:tcPr>
          <w:p w14:paraId="77BF5B07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Espone con chiarezza; comprende testi tecnici; usa il lessico della disciplina.</w:t>
            </w:r>
          </w:p>
        </w:tc>
        <w:tc>
          <w:tcPr>
            <w:tcW w:w="1145" w:type="pct"/>
            <w:hideMark/>
          </w:tcPr>
          <w:p w14:paraId="5B90AF9F" w14:textId="77777777" w:rsidR="004045C1" w:rsidRDefault="00B969C4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 corso</w:t>
            </w:r>
          </w:p>
          <w:p w14:paraId="722DAE68" w14:textId="77777777" w:rsidR="004045C1" w:rsidRDefault="00B969C4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Consolidata</w:t>
            </w:r>
          </w:p>
          <w:p w14:paraId="031400ED" w14:textId="332A2080" w:rsidR="00B969C4" w:rsidRPr="00B969C4" w:rsidRDefault="00B969C4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Da potenziare</w:t>
            </w:r>
          </w:p>
        </w:tc>
      </w:tr>
      <w:tr w:rsidR="009902BE" w:rsidRPr="00743C8A" w14:paraId="3BB1990A" w14:textId="77777777" w:rsidTr="00CA31EF">
        <w:trPr>
          <w:jc w:val="center"/>
        </w:trPr>
        <w:tc>
          <w:tcPr>
            <w:tcW w:w="907" w:type="pct"/>
            <w:hideMark/>
          </w:tcPr>
          <w:p w14:paraId="512623DB" w14:textId="77777777" w:rsidR="00B969C4" w:rsidRPr="00B969C4" w:rsidRDefault="00B969C4" w:rsidP="00CA31EF">
            <w:pPr>
              <w:spacing w:before="60" w:after="60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Matematico</w:t>
            </w:r>
          </w:p>
        </w:tc>
        <w:tc>
          <w:tcPr>
            <w:tcW w:w="792" w:type="pct"/>
            <w:hideMark/>
          </w:tcPr>
          <w:p w14:paraId="3F3A56A2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Calcolo e logica</w:t>
            </w:r>
          </w:p>
        </w:tc>
        <w:tc>
          <w:tcPr>
            <w:tcW w:w="1106" w:type="pct"/>
            <w:hideMark/>
          </w:tcPr>
          <w:p w14:paraId="3C1A6908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Utilizzare strumenti matematici per risolvere problemi.</w:t>
            </w:r>
          </w:p>
        </w:tc>
        <w:tc>
          <w:tcPr>
            <w:tcW w:w="1050" w:type="pct"/>
            <w:hideMark/>
          </w:tcPr>
          <w:p w14:paraId="5C3C2C20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Applica formule; analizza dati; interpreta grandezze e grafici.</w:t>
            </w:r>
          </w:p>
        </w:tc>
        <w:tc>
          <w:tcPr>
            <w:tcW w:w="1145" w:type="pct"/>
            <w:hideMark/>
          </w:tcPr>
          <w:p w14:paraId="32E9DF37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 corso</w:t>
            </w:r>
          </w:p>
          <w:p w14:paraId="51250E61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Consolidata</w:t>
            </w:r>
          </w:p>
          <w:p w14:paraId="0B75A7C3" w14:textId="15A5916F" w:rsidR="00B969C4" w:rsidRPr="00B969C4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Da potenziare</w:t>
            </w:r>
          </w:p>
        </w:tc>
      </w:tr>
      <w:tr w:rsidR="009902BE" w:rsidRPr="00743C8A" w14:paraId="030EE2B6" w14:textId="77777777" w:rsidTr="00CA31EF">
        <w:trPr>
          <w:jc w:val="center"/>
        </w:trPr>
        <w:tc>
          <w:tcPr>
            <w:tcW w:w="907" w:type="pct"/>
            <w:hideMark/>
          </w:tcPr>
          <w:p w14:paraId="2748ED20" w14:textId="2ECCA529" w:rsidR="00B969C4" w:rsidRPr="00B969C4" w:rsidRDefault="00B969C4" w:rsidP="00CA31EF">
            <w:pPr>
              <w:spacing w:before="60" w:after="60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Scientifico</w:t>
            </w:r>
            <w:r w:rsidR="004045C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–Tecnologico</w:t>
            </w:r>
          </w:p>
        </w:tc>
        <w:tc>
          <w:tcPr>
            <w:tcW w:w="792" w:type="pct"/>
            <w:hideMark/>
          </w:tcPr>
          <w:p w14:paraId="33BDABF5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Metodo e applicazioni</w:t>
            </w:r>
          </w:p>
        </w:tc>
        <w:tc>
          <w:tcPr>
            <w:tcW w:w="1106" w:type="pct"/>
            <w:hideMark/>
          </w:tcPr>
          <w:p w14:paraId="0E7AACD9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Analizzare fenomeni e applicare principi scientifici e tecnici.</w:t>
            </w:r>
          </w:p>
        </w:tc>
        <w:tc>
          <w:tcPr>
            <w:tcW w:w="1050" w:type="pct"/>
            <w:hideMark/>
          </w:tcPr>
          <w:p w14:paraId="1345C851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Osserva e misura dati; collega teoria e pratica; adotta comportamenti sicuri.</w:t>
            </w:r>
          </w:p>
        </w:tc>
        <w:tc>
          <w:tcPr>
            <w:tcW w:w="1145" w:type="pct"/>
            <w:hideMark/>
          </w:tcPr>
          <w:p w14:paraId="7B9527C8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 corso</w:t>
            </w:r>
          </w:p>
          <w:p w14:paraId="24241B78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Consolidata</w:t>
            </w:r>
          </w:p>
          <w:p w14:paraId="772289D7" w14:textId="183E8F28" w:rsidR="00B969C4" w:rsidRPr="00B969C4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Da potenziare</w:t>
            </w:r>
          </w:p>
        </w:tc>
      </w:tr>
      <w:tr w:rsidR="009902BE" w:rsidRPr="00743C8A" w14:paraId="6C756678" w14:textId="77777777" w:rsidTr="00CA31EF">
        <w:trPr>
          <w:jc w:val="center"/>
        </w:trPr>
        <w:tc>
          <w:tcPr>
            <w:tcW w:w="907" w:type="pct"/>
            <w:hideMark/>
          </w:tcPr>
          <w:p w14:paraId="6D1C1F48" w14:textId="015D821B" w:rsidR="00B969C4" w:rsidRPr="00B969C4" w:rsidRDefault="00B969C4" w:rsidP="00CA31EF">
            <w:pPr>
              <w:spacing w:before="60" w:after="60"/>
              <w:ind w:left="306" w:hanging="306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Storico</w:t>
            </w:r>
            <w:r w:rsidR="004045C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–Sociale</w:t>
            </w:r>
          </w:p>
        </w:tc>
        <w:tc>
          <w:tcPr>
            <w:tcW w:w="792" w:type="pct"/>
            <w:hideMark/>
          </w:tcPr>
          <w:p w14:paraId="6AE8EBB7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Cittadinanza e legalità</w:t>
            </w:r>
          </w:p>
        </w:tc>
        <w:tc>
          <w:tcPr>
            <w:tcW w:w="1106" w:type="pct"/>
            <w:hideMark/>
          </w:tcPr>
          <w:p w14:paraId="04A7C53E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Comprendere processi storici e partecipare responsabilmente alla vita civile.</w:t>
            </w:r>
          </w:p>
        </w:tc>
        <w:tc>
          <w:tcPr>
            <w:tcW w:w="1050" w:type="pct"/>
            <w:hideMark/>
          </w:tcPr>
          <w:p w14:paraId="33469572" w14:textId="77777777" w:rsidR="00B969C4" w:rsidRPr="00B969C4" w:rsidRDefault="00B969C4" w:rsidP="00CA31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Collega eventi; riconosce diritti e doveri; rispetta le regole.</w:t>
            </w:r>
          </w:p>
        </w:tc>
        <w:tc>
          <w:tcPr>
            <w:tcW w:w="1145" w:type="pct"/>
            <w:hideMark/>
          </w:tcPr>
          <w:p w14:paraId="769BEE34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 corso</w:t>
            </w:r>
          </w:p>
          <w:p w14:paraId="570E322E" w14:textId="77777777" w:rsidR="004045C1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Consolidata</w:t>
            </w:r>
          </w:p>
          <w:p w14:paraId="35DFF98D" w14:textId="56A80120" w:rsidR="00B969C4" w:rsidRPr="00B969C4" w:rsidRDefault="004045C1" w:rsidP="004045C1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969C4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B969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Da potenziare</w:t>
            </w:r>
          </w:p>
        </w:tc>
      </w:tr>
    </w:tbl>
    <w:p w14:paraId="56D97EAE" w14:textId="77777777" w:rsidR="00B969C4" w:rsidRDefault="00B969C4">
      <w:pPr>
        <w:pStyle w:val="Titolo2"/>
        <w:rPr>
          <w:rFonts w:ascii="Times New Roman" w:hAnsi="Times New Roman" w:cs="Times New Roman"/>
          <w:color w:val="auto"/>
          <w:lang w:val="it-IT"/>
        </w:rPr>
      </w:pPr>
    </w:p>
    <w:p w14:paraId="6D845DE6" w14:textId="77777777" w:rsidR="00B16562" w:rsidRDefault="00B16562" w:rsidP="00B16562">
      <w:pPr>
        <w:rPr>
          <w:lang w:val="it-IT"/>
        </w:rPr>
      </w:pPr>
    </w:p>
    <w:p w14:paraId="1F4F0829" w14:textId="77777777" w:rsidR="00B16562" w:rsidRDefault="00B16562" w:rsidP="00B16562">
      <w:pPr>
        <w:rPr>
          <w:lang w:val="it-IT"/>
        </w:rPr>
      </w:pPr>
    </w:p>
    <w:p w14:paraId="24CD591B" w14:textId="77777777" w:rsidR="00B16562" w:rsidRPr="00B16562" w:rsidRDefault="00B16562" w:rsidP="00B16562">
      <w:pPr>
        <w:rPr>
          <w:lang w:val="it-IT"/>
        </w:rPr>
      </w:pPr>
    </w:p>
    <w:p w14:paraId="5D5184DE" w14:textId="0909C50F" w:rsidR="00136DAD" w:rsidRPr="00A465E2" w:rsidRDefault="00332D3F">
      <w:pPr>
        <w:pStyle w:val="Titolo2"/>
        <w:rPr>
          <w:rFonts w:ascii="Times New Roman" w:hAnsi="Times New Roman" w:cs="Times New Roman"/>
          <w:color w:val="auto"/>
          <w:lang w:val="it-IT"/>
        </w:rPr>
      </w:pPr>
      <w:r w:rsidRPr="00A465E2">
        <w:rPr>
          <w:rFonts w:ascii="Times New Roman" w:hAnsi="Times New Roman" w:cs="Times New Roman"/>
          <w:color w:val="auto"/>
          <w:lang w:val="it-IT"/>
        </w:rPr>
        <w:lastRenderedPageBreak/>
        <w:t>4. ARTICOLAZIONE DELLE COMPETENZE IN CONOSCENZE E ABILITÀ</w:t>
      </w:r>
    </w:p>
    <w:p w14:paraId="1B26A4D5" w14:textId="77777777" w:rsidR="00B16562" w:rsidRPr="00D43CE2" w:rsidRDefault="00B16562" w:rsidP="00B16562">
      <w:pPr>
        <w:spacing w:before="120" w:after="120"/>
        <w:rPr>
          <w:rFonts w:ascii="Times New Roman" w:hAnsi="Times New Roman" w:cs="Times New Roman"/>
        </w:rPr>
      </w:pPr>
      <w:bookmarkStart w:id="0" w:name="_Hlk213345960"/>
      <w:r w:rsidRPr="00D43CE2">
        <w:rPr>
          <w:rFonts w:ascii="Times New Roman" w:hAnsi="Times New Roman" w:cs="Times New Roman"/>
        </w:rPr>
        <w:t>Competenza n.1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2FEAE403" w14:textId="77777777" w:rsidTr="00CB5514">
        <w:tc>
          <w:tcPr>
            <w:tcW w:w="2417" w:type="pct"/>
          </w:tcPr>
          <w:p w14:paraId="348E315B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bookmarkStart w:id="1" w:name="_Hlk213346016"/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4E084FD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6343B08D" w14:textId="77777777" w:rsidTr="00CB5514">
        <w:tc>
          <w:tcPr>
            <w:tcW w:w="2417" w:type="pct"/>
          </w:tcPr>
          <w:p w14:paraId="613A0DD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B311D1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636A39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92FEC8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E926BF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245741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D82A1FD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178D63B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6383B2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6430E4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588A1D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5B4ED2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8FBA2C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8A168F0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0983BDFE" w14:textId="77777777" w:rsidTr="00CB5514">
        <w:tc>
          <w:tcPr>
            <w:tcW w:w="5000" w:type="pct"/>
            <w:gridSpan w:val="2"/>
          </w:tcPr>
          <w:p w14:paraId="36D90AA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3F7B9FE9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4B27A4D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4E0A887B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522AC7B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E3F9D56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1E1C7345" w14:textId="77777777" w:rsidR="00B16562" w:rsidRPr="00D43CE2" w:rsidRDefault="00B16562" w:rsidP="00B16562">
      <w:pPr>
        <w:spacing w:before="120" w:after="120"/>
        <w:rPr>
          <w:rFonts w:ascii="Times New Roman" w:hAnsi="Times New Roman" w:cs="Times New Roman"/>
        </w:rPr>
      </w:pPr>
      <w:bookmarkStart w:id="2" w:name="_Hlk213346327"/>
      <w:bookmarkEnd w:id="0"/>
      <w:bookmarkEnd w:id="1"/>
      <w:r w:rsidRPr="00D43CE2">
        <w:rPr>
          <w:rFonts w:ascii="Times New Roman" w:hAnsi="Times New Roman" w:cs="Times New Roman"/>
        </w:rPr>
        <w:t>Competenza n.</w:t>
      </w:r>
      <w:r>
        <w:rPr>
          <w:rFonts w:ascii="Times New Roman" w:hAnsi="Times New Roman" w:cs="Times New Roman"/>
        </w:rPr>
        <w:t>2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62E09CFD" w14:textId="77777777" w:rsidTr="00CB5514">
        <w:tc>
          <w:tcPr>
            <w:tcW w:w="2417" w:type="pct"/>
          </w:tcPr>
          <w:p w14:paraId="447EE82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539DAC1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6957D5D7" w14:textId="77777777" w:rsidTr="00CB5514">
        <w:tc>
          <w:tcPr>
            <w:tcW w:w="2417" w:type="pct"/>
          </w:tcPr>
          <w:p w14:paraId="5DF3888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2CA5F9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8C2F47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A281D7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FFF419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E83EBC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5F9651F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5BA92DB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44B2B4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2C746C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1F3759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3F41E1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734381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753ECD5A" w14:textId="77777777" w:rsidTr="00CB5514">
        <w:tc>
          <w:tcPr>
            <w:tcW w:w="5000" w:type="pct"/>
            <w:gridSpan w:val="2"/>
          </w:tcPr>
          <w:p w14:paraId="69B387F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27753B3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576EB228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4CB5934E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6CE0EAF4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BA287C2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0558F886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r w:rsidRPr="00D43CE2">
        <w:rPr>
          <w:rFonts w:ascii="Times New Roman" w:hAnsi="Times New Roman" w:cs="Times New Roman"/>
        </w:rPr>
        <w:t>Competenza n.</w:t>
      </w:r>
      <w:r>
        <w:rPr>
          <w:rFonts w:ascii="Times New Roman" w:hAnsi="Times New Roman" w:cs="Times New Roman"/>
        </w:rPr>
        <w:t>3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359383F9" w14:textId="77777777" w:rsidTr="00CB5514">
        <w:tc>
          <w:tcPr>
            <w:tcW w:w="2417" w:type="pct"/>
          </w:tcPr>
          <w:p w14:paraId="4142E5DA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3E78A660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7FD6F3B5" w14:textId="77777777" w:rsidTr="00CB5514">
        <w:tc>
          <w:tcPr>
            <w:tcW w:w="2417" w:type="pct"/>
          </w:tcPr>
          <w:p w14:paraId="773AABC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0DD576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66EB70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06F57C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A86A8B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B04066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47713B6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373BE2B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F74754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1C3B12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B70243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82B612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339EA1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1862BB38" w14:textId="77777777" w:rsidTr="00CB5514">
        <w:tc>
          <w:tcPr>
            <w:tcW w:w="5000" w:type="pct"/>
            <w:gridSpan w:val="2"/>
          </w:tcPr>
          <w:p w14:paraId="74506827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4BB894AE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32CC270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672BF364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C251FB8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573E9EE6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1EB508C5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r w:rsidRPr="00D43CE2">
        <w:rPr>
          <w:rFonts w:ascii="Times New Roman" w:hAnsi="Times New Roman" w:cs="Times New Roman"/>
        </w:rPr>
        <w:lastRenderedPageBreak/>
        <w:t>Competenza n.</w:t>
      </w:r>
      <w:r>
        <w:rPr>
          <w:rFonts w:ascii="Times New Roman" w:hAnsi="Times New Roman" w:cs="Times New Roman"/>
        </w:rPr>
        <w:t>4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29E092FA" w14:textId="77777777" w:rsidTr="00CB5514">
        <w:tc>
          <w:tcPr>
            <w:tcW w:w="2417" w:type="pct"/>
          </w:tcPr>
          <w:p w14:paraId="221E349A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7BD4B2E9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5760C254" w14:textId="77777777" w:rsidTr="00CB5514">
        <w:tc>
          <w:tcPr>
            <w:tcW w:w="2417" w:type="pct"/>
          </w:tcPr>
          <w:p w14:paraId="27733DE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B1A08B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0CDAA8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D14BB0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F5843F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834AF0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82A8364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41FF7ED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1B23DC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DF8A0D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63EE54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5EF5DE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AF1C007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190D05C4" w14:textId="77777777" w:rsidTr="00CB5514">
        <w:tc>
          <w:tcPr>
            <w:tcW w:w="5000" w:type="pct"/>
            <w:gridSpan w:val="2"/>
          </w:tcPr>
          <w:p w14:paraId="360BFF09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0543D30A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603E726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EC75F58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1A171D6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998E16E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bookmarkEnd w:id="2"/>
    </w:tbl>
    <w:p w14:paraId="23A2EAA6" w14:textId="77777777" w:rsidR="00B16562" w:rsidRPr="00A13797" w:rsidRDefault="00B16562" w:rsidP="00B16562">
      <w:pPr>
        <w:spacing w:before="240" w:after="120"/>
        <w:rPr>
          <w:rFonts w:ascii="Times New Roman" w:hAnsi="Times New Roman" w:cs="Times New Roman"/>
          <w:lang w:val="it-IT"/>
        </w:rPr>
      </w:pPr>
    </w:p>
    <w:p w14:paraId="3C10AFDB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bookmarkStart w:id="3" w:name="_Hlk213346267"/>
      <w:r w:rsidRPr="00D43CE2">
        <w:rPr>
          <w:rFonts w:ascii="Times New Roman" w:hAnsi="Times New Roman" w:cs="Times New Roman"/>
        </w:rPr>
        <w:t>Competenza n.</w:t>
      </w:r>
      <w:r>
        <w:rPr>
          <w:rFonts w:ascii="Times New Roman" w:hAnsi="Times New Roman" w:cs="Times New Roman"/>
        </w:rPr>
        <w:t>5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47196F12" w14:textId="77777777" w:rsidTr="00CB5514">
        <w:tc>
          <w:tcPr>
            <w:tcW w:w="2417" w:type="pct"/>
          </w:tcPr>
          <w:p w14:paraId="67373E5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4D5EC0DB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2D3BCC53" w14:textId="77777777" w:rsidTr="00CB5514">
        <w:tc>
          <w:tcPr>
            <w:tcW w:w="2417" w:type="pct"/>
          </w:tcPr>
          <w:p w14:paraId="35C6D36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7A8729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4415E88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AD4400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BAA18D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7882CC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E2A900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71E35BA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A4078C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666330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9C13B8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514D67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B75B209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655DA5ED" w14:textId="77777777" w:rsidTr="00CB5514">
        <w:tc>
          <w:tcPr>
            <w:tcW w:w="5000" w:type="pct"/>
            <w:gridSpan w:val="2"/>
          </w:tcPr>
          <w:p w14:paraId="6A1A69C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125A2C5A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8643FBB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8EDA3E7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FB5ACE2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7B63D62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bookmarkEnd w:id="3"/>
    <w:p w14:paraId="54B36052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r w:rsidRPr="00D43CE2">
        <w:rPr>
          <w:rFonts w:ascii="Times New Roman" w:hAnsi="Times New Roman" w:cs="Times New Roman"/>
        </w:rPr>
        <w:t>Competenza n.</w:t>
      </w:r>
      <w:r>
        <w:rPr>
          <w:rFonts w:ascii="Times New Roman" w:hAnsi="Times New Roman" w:cs="Times New Roman"/>
        </w:rPr>
        <w:t>6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6051F554" w14:textId="77777777" w:rsidTr="00CB5514">
        <w:tc>
          <w:tcPr>
            <w:tcW w:w="2417" w:type="pct"/>
          </w:tcPr>
          <w:p w14:paraId="008300D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3CC4ADF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0E1DA404" w14:textId="77777777" w:rsidTr="00CB5514">
        <w:tc>
          <w:tcPr>
            <w:tcW w:w="2417" w:type="pct"/>
          </w:tcPr>
          <w:p w14:paraId="433D89B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AD8B7B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70C2AC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8D25C48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92AE1E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D29AAD8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28BFC54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5F5C16E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AE692F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AA04C9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2A8293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842A27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F60580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34507659" w14:textId="77777777" w:rsidTr="00CB5514">
        <w:tc>
          <w:tcPr>
            <w:tcW w:w="5000" w:type="pct"/>
            <w:gridSpan w:val="2"/>
          </w:tcPr>
          <w:p w14:paraId="2229EC05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3D5048FE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4C0D158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D00EE42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7C1359E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6A32A77E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0DD90B8D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r w:rsidRPr="00D43CE2">
        <w:rPr>
          <w:rFonts w:ascii="Times New Roman" w:hAnsi="Times New Roman" w:cs="Times New Roman"/>
        </w:rPr>
        <w:lastRenderedPageBreak/>
        <w:t>Competenza n.</w:t>
      </w:r>
      <w:r>
        <w:rPr>
          <w:rFonts w:ascii="Times New Roman" w:hAnsi="Times New Roman" w:cs="Times New Roman"/>
        </w:rPr>
        <w:t>7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7951EB5C" w14:textId="77777777" w:rsidTr="00CB5514">
        <w:tc>
          <w:tcPr>
            <w:tcW w:w="2417" w:type="pct"/>
          </w:tcPr>
          <w:p w14:paraId="5A9CE42E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4FEAAF3F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78A78854" w14:textId="77777777" w:rsidTr="00CB5514">
        <w:tc>
          <w:tcPr>
            <w:tcW w:w="2417" w:type="pct"/>
          </w:tcPr>
          <w:p w14:paraId="56BF22B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DA33E0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A8EE52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6F946D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42022F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FEB1F2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A17BDF8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4BDF848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8ECC43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E2FD47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BF676F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93F32E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891B3B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6B063F33" w14:textId="77777777" w:rsidTr="00CB5514">
        <w:tc>
          <w:tcPr>
            <w:tcW w:w="5000" w:type="pct"/>
            <w:gridSpan w:val="2"/>
          </w:tcPr>
          <w:p w14:paraId="4E260875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241F59C8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61C408FF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389A1972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ACEF918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4136B68E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7CE8FFE" w14:textId="77777777" w:rsidR="00B16562" w:rsidRPr="00D43CE2" w:rsidRDefault="00B16562" w:rsidP="00B16562">
      <w:pPr>
        <w:spacing w:before="240" w:after="120"/>
        <w:rPr>
          <w:rFonts w:ascii="Times New Roman" w:hAnsi="Times New Roman" w:cs="Times New Roman"/>
        </w:rPr>
      </w:pPr>
      <w:r w:rsidRPr="00D43CE2">
        <w:rPr>
          <w:rFonts w:ascii="Times New Roman" w:hAnsi="Times New Roman" w:cs="Times New Roman"/>
        </w:rPr>
        <w:t>Competenza n.</w:t>
      </w:r>
      <w:r>
        <w:rPr>
          <w:rFonts w:ascii="Times New Roman" w:hAnsi="Times New Roman" w:cs="Times New Roman"/>
        </w:rPr>
        <w:t>8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_______________ 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B16562" w:rsidRPr="00D43CE2" w14:paraId="17FB60CC" w14:textId="77777777" w:rsidTr="00CB5514">
        <w:tc>
          <w:tcPr>
            <w:tcW w:w="2417" w:type="pct"/>
          </w:tcPr>
          <w:p w14:paraId="3A76D578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Conoscenze</w:t>
            </w:r>
          </w:p>
        </w:tc>
        <w:tc>
          <w:tcPr>
            <w:tcW w:w="2583" w:type="pct"/>
          </w:tcPr>
          <w:p w14:paraId="7BE8406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Abilità</w:t>
            </w:r>
          </w:p>
        </w:tc>
      </w:tr>
      <w:tr w:rsidR="00B16562" w:rsidRPr="00D43CE2" w14:paraId="03202B40" w14:textId="77777777" w:rsidTr="00CB5514">
        <w:tc>
          <w:tcPr>
            <w:tcW w:w="2417" w:type="pct"/>
          </w:tcPr>
          <w:p w14:paraId="21BD409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4628E9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405B64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A2EF09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5D114D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11A691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D3E1BB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62B9906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3E561E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1E90A3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439EE7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D7F440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66245E6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743C8A" w14:paraId="3E72CAA2" w14:textId="77777777" w:rsidTr="00CB5514">
        <w:tc>
          <w:tcPr>
            <w:tcW w:w="5000" w:type="pct"/>
            <w:gridSpan w:val="2"/>
          </w:tcPr>
          <w:p w14:paraId="0427ED8D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0AD0EFA7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18232E4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AE70C91" w14:textId="77777777" w:rsidR="00B1656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CD9E6AA" w14:textId="77777777" w:rsidR="00B16562" w:rsidRPr="00D43CE2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54D473E4" w14:textId="77777777" w:rsidR="00B16562" w:rsidRPr="00D43CE2" w:rsidRDefault="00B16562" w:rsidP="00B16562">
      <w:pPr>
        <w:pStyle w:val="Titolo2"/>
        <w:spacing w:before="24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5. MODULI DISCIPLINARI E U.D.A. DI RIFERIMENTO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9"/>
        <w:gridCol w:w="2146"/>
        <w:gridCol w:w="1275"/>
        <w:gridCol w:w="2006"/>
        <w:gridCol w:w="2016"/>
        <w:gridCol w:w="1550"/>
      </w:tblGrid>
      <w:tr w:rsidR="00B16562" w:rsidRPr="00D43CE2" w14:paraId="35B213E8" w14:textId="77777777" w:rsidTr="00CB5514">
        <w:tc>
          <w:tcPr>
            <w:tcW w:w="486" w:type="pct"/>
            <w:vAlign w:val="center"/>
          </w:tcPr>
          <w:p w14:paraId="756EDB79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4" w:name="_Hlk213351322"/>
            <w:r w:rsidRPr="00AC12C2">
              <w:rPr>
                <w:rFonts w:ascii="Times New Roman" w:hAnsi="Times New Roman" w:cs="Times New Roman"/>
                <w:b/>
                <w:bCs/>
              </w:rPr>
              <w:t>Modulo</w:t>
            </w:r>
          </w:p>
        </w:tc>
        <w:tc>
          <w:tcPr>
            <w:tcW w:w="1077" w:type="pct"/>
            <w:vAlign w:val="center"/>
          </w:tcPr>
          <w:p w14:paraId="38E6B582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40" w:type="pct"/>
            <w:vAlign w:val="center"/>
          </w:tcPr>
          <w:p w14:paraId="05CDFC25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Periodo</w:t>
            </w:r>
          </w:p>
        </w:tc>
        <w:tc>
          <w:tcPr>
            <w:tcW w:w="1007" w:type="pct"/>
            <w:vAlign w:val="center"/>
          </w:tcPr>
          <w:p w14:paraId="4A4EC898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UDA di riferimento</w:t>
            </w:r>
          </w:p>
        </w:tc>
        <w:tc>
          <w:tcPr>
            <w:tcW w:w="1012" w:type="pct"/>
            <w:vAlign w:val="center"/>
          </w:tcPr>
          <w:p w14:paraId="4B724F0D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Competenze mirate</w:t>
            </w:r>
          </w:p>
        </w:tc>
        <w:tc>
          <w:tcPr>
            <w:tcW w:w="778" w:type="pct"/>
            <w:vAlign w:val="center"/>
          </w:tcPr>
          <w:p w14:paraId="7B4F8BC6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Verifiche / Strumenti</w:t>
            </w:r>
          </w:p>
        </w:tc>
      </w:tr>
      <w:bookmarkEnd w:id="4"/>
      <w:tr w:rsidR="00B16562" w:rsidRPr="00D43CE2" w14:paraId="307F3836" w14:textId="77777777" w:rsidTr="00CB5514">
        <w:trPr>
          <w:trHeight w:val="1701"/>
        </w:trPr>
        <w:tc>
          <w:tcPr>
            <w:tcW w:w="486" w:type="pct"/>
          </w:tcPr>
          <w:p w14:paraId="0BB27131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77" w:type="pct"/>
          </w:tcPr>
          <w:p w14:paraId="57AD2A5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93DEE4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7EBB74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8E2ADD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B34719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5F68F3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EDFFC7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1E5BE9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05CCB066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1897E5DD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165A1A97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19BADB64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D43CE2" w14:paraId="4796047E" w14:textId="77777777" w:rsidTr="00CB5514">
        <w:trPr>
          <w:trHeight w:val="1701"/>
        </w:trPr>
        <w:tc>
          <w:tcPr>
            <w:tcW w:w="486" w:type="pct"/>
          </w:tcPr>
          <w:p w14:paraId="1B9C41E4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77" w:type="pct"/>
          </w:tcPr>
          <w:p w14:paraId="54988C3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B48D3C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3F16E68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025620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52E5CA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EA4DEF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60A65F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7F6DCCB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648141B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4DC21D5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2AED2824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6729BF1F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2F2624" w:rsidRPr="00D43CE2" w14:paraId="5A476C6A" w14:textId="77777777" w:rsidTr="00CB5514">
        <w:tc>
          <w:tcPr>
            <w:tcW w:w="486" w:type="pct"/>
            <w:vAlign w:val="center"/>
          </w:tcPr>
          <w:p w14:paraId="348E9919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5" w:name="_Hlk213355162"/>
            <w:r w:rsidRPr="00AC12C2">
              <w:rPr>
                <w:rFonts w:ascii="Times New Roman" w:hAnsi="Times New Roman" w:cs="Times New Roman"/>
                <w:b/>
                <w:bCs/>
              </w:rPr>
              <w:lastRenderedPageBreak/>
              <w:t>Modulo</w:t>
            </w:r>
          </w:p>
        </w:tc>
        <w:tc>
          <w:tcPr>
            <w:tcW w:w="1077" w:type="pct"/>
            <w:vAlign w:val="center"/>
          </w:tcPr>
          <w:p w14:paraId="5D941126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40" w:type="pct"/>
            <w:vAlign w:val="center"/>
          </w:tcPr>
          <w:p w14:paraId="1462BA12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Periodo</w:t>
            </w:r>
          </w:p>
        </w:tc>
        <w:tc>
          <w:tcPr>
            <w:tcW w:w="1007" w:type="pct"/>
            <w:vAlign w:val="center"/>
          </w:tcPr>
          <w:p w14:paraId="2A890128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UDA di riferimento</w:t>
            </w:r>
          </w:p>
        </w:tc>
        <w:tc>
          <w:tcPr>
            <w:tcW w:w="1012" w:type="pct"/>
            <w:vAlign w:val="center"/>
          </w:tcPr>
          <w:p w14:paraId="64FE3358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Competenze mirate</w:t>
            </w:r>
          </w:p>
        </w:tc>
        <w:tc>
          <w:tcPr>
            <w:tcW w:w="778" w:type="pct"/>
            <w:vAlign w:val="center"/>
          </w:tcPr>
          <w:p w14:paraId="0704B2AE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Verifiche / Strumenti</w:t>
            </w:r>
          </w:p>
        </w:tc>
      </w:tr>
      <w:bookmarkEnd w:id="5"/>
      <w:tr w:rsidR="00B16562" w:rsidRPr="00D43CE2" w14:paraId="3FF97D7C" w14:textId="77777777" w:rsidTr="00CB5514">
        <w:trPr>
          <w:trHeight w:val="1701"/>
        </w:trPr>
        <w:tc>
          <w:tcPr>
            <w:tcW w:w="486" w:type="pct"/>
          </w:tcPr>
          <w:p w14:paraId="613735C1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77" w:type="pct"/>
          </w:tcPr>
          <w:p w14:paraId="1E16211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200C32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24C824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C2F552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EE1C3A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61CE23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D20644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EB3C60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11C0799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2004A20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6CC8545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5C583BC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D43CE2" w14:paraId="6DDA6167" w14:textId="77777777" w:rsidTr="00CB5514">
        <w:trPr>
          <w:trHeight w:val="1701"/>
        </w:trPr>
        <w:tc>
          <w:tcPr>
            <w:tcW w:w="486" w:type="pct"/>
          </w:tcPr>
          <w:p w14:paraId="614FC920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77" w:type="pct"/>
          </w:tcPr>
          <w:p w14:paraId="4CE3AA9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51528A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7C5131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E7A285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F6A0997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1FEAEF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28BDE2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AD73C0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3E262CDD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5993E8BC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1A5454F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304BFA9F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CE6081" w14:paraId="1FD79F8C" w14:textId="77777777" w:rsidTr="00CB5514">
        <w:trPr>
          <w:trHeight w:val="1701"/>
        </w:trPr>
        <w:tc>
          <w:tcPr>
            <w:tcW w:w="486" w:type="pct"/>
          </w:tcPr>
          <w:p w14:paraId="4BE636D0" w14:textId="77777777" w:rsidR="00B16562" w:rsidRPr="00CE6081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CE6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5</w:t>
            </w:r>
          </w:p>
        </w:tc>
        <w:tc>
          <w:tcPr>
            <w:tcW w:w="1077" w:type="pct"/>
          </w:tcPr>
          <w:p w14:paraId="59D19C5B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5968443F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00F0207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ACD718E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268A121B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19E54E28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CF41ECA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  <w:p w14:paraId="0C4DDF16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640" w:type="pct"/>
          </w:tcPr>
          <w:p w14:paraId="22740F35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07" w:type="pct"/>
          </w:tcPr>
          <w:p w14:paraId="59783147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12" w:type="pct"/>
          </w:tcPr>
          <w:p w14:paraId="73076681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8" w:type="pct"/>
          </w:tcPr>
          <w:p w14:paraId="7DF44A69" w14:textId="77777777" w:rsidR="00B16562" w:rsidRPr="00CE6081" w:rsidRDefault="00B16562" w:rsidP="00CB551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16562" w:rsidRPr="00D43CE2" w14:paraId="18B1E8E7" w14:textId="77777777" w:rsidTr="00CB5514">
        <w:trPr>
          <w:trHeight w:val="1701"/>
        </w:trPr>
        <w:tc>
          <w:tcPr>
            <w:tcW w:w="486" w:type="pct"/>
          </w:tcPr>
          <w:p w14:paraId="2E108C03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7" w:type="pct"/>
          </w:tcPr>
          <w:p w14:paraId="4BD813E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B7F487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D0C2A78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6C5EF4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279145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A0D30C9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7153BD5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4A4FF5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58E3B55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32AFDE09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1FE5D18B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4EA485E8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D43CE2" w14:paraId="07303967" w14:textId="77777777" w:rsidTr="00CB5514">
        <w:trPr>
          <w:trHeight w:val="1701"/>
        </w:trPr>
        <w:tc>
          <w:tcPr>
            <w:tcW w:w="486" w:type="pct"/>
          </w:tcPr>
          <w:p w14:paraId="7C40B4AA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77" w:type="pct"/>
          </w:tcPr>
          <w:p w14:paraId="595FDA4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D461E8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60DEC2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F283B4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575E5D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6FFFA1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529538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D75B3AA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677A49E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59716E18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6F996662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6AF9AB5F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D43CE2" w14:paraId="2FFAEF5B" w14:textId="77777777" w:rsidTr="00CB5514">
        <w:trPr>
          <w:trHeight w:val="1701"/>
        </w:trPr>
        <w:tc>
          <w:tcPr>
            <w:tcW w:w="486" w:type="pct"/>
          </w:tcPr>
          <w:p w14:paraId="6016C875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077" w:type="pct"/>
          </w:tcPr>
          <w:p w14:paraId="6515188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559EB32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5A0D14E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58A65C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396FE906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54B6193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7EB087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EAF87D4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0EFAB360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42C017CE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5E5E20F0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5C226EA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</w:tbl>
    <w:p w14:paraId="389CF917" w14:textId="77777777" w:rsidR="002F2624" w:rsidRDefault="002F2624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9"/>
        <w:gridCol w:w="2146"/>
        <w:gridCol w:w="1275"/>
        <w:gridCol w:w="2006"/>
        <w:gridCol w:w="2016"/>
        <w:gridCol w:w="1550"/>
      </w:tblGrid>
      <w:tr w:rsidR="002F2624" w:rsidRPr="00D43CE2" w14:paraId="69C7FC50" w14:textId="77777777" w:rsidTr="00CB5514">
        <w:tc>
          <w:tcPr>
            <w:tcW w:w="486" w:type="pct"/>
            <w:vAlign w:val="center"/>
          </w:tcPr>
          <w:p w14:paraId="299722D5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lastRenderedPageBreak/>
              <w:t>Modulo</w:t>
            </w:r>
          </w:p>
        </w:tc>
        <w:tc>
          <w:tcPr>
            <w:tcW w:w="1077" w:type="pct"/>
            <w:vAlign w:val="center"/>
          </w:tcPr>
          <w:p w14:paraId="26201208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40" w:type="pct"/>
            <w:vAlign w:val="center"/>
          </w:tcPr>
          <w:p w14:paraId="37608FC7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Periodo</w:t>
            </w:r>
          </w:p>
        </w:tc>
        <w:tc>
          <w:tcPr>
            <w:tcW w:w="1007" w:type="pct"/>
            <w:vAlign w:val="center"/>
          </w:tcPr>
          <w:p w14:paraId="0E789B17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UDA di riferimento</w:t>
            </w:r>
          </w:p>
        </w:tc>
        <w:tc>
          <w:tcPr>
            <w:tcW w:w="1012" w:type="pct"/>
            <w:vAlign w:val="center"/>
          </w:tcPr>
          <w:p w14:paraId="43E27402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Competenze mirate</w:t>
            </w:r>
          </w:p>
        </w:tc>
        <w:tc>
          <w:tcPr>
            <w:tcW w:w="778" w:type="pct"/>
            <w:vAlign w:val="center"/>
          </w:tcPr>
          <w:p w14:paraId="61894279" w14:textId="77777777" w:rsidR="002F2624" w:rsidRPr="00AC12C2" w:rsidRDefault="002F2624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Verifiche / Strumenti</w:t>
            </w:r>
          </w:p>
        </w:tc>
      </w:tr>
      <w:tr w:rsidR="00B16562" w:rsidRPr="00D43CE2" w14:paraId="76942A68" w14:textId="77777777" w:rsidTr="00CB5514">
        <w:trPr>
          <w:trHeight w:val="1701"/>
        </w:trPr>
        <w:tc>
          <w:tcPr>
            <w:tcW w:w="486" w:type="pct"/>
          </w:tcPr>
          <w:p w14:paraId="48BD39DE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77" w:type="pct"/>
          </w:tcPr>
          <w:p w14:paraId="1E61E240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C317A9B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1395F7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1110BCF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A2EFE7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7E413C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53D85A1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2E0419AA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6E596047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75CF759B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32DFB837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4BAAE807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  <w:tr w:rsidR="00B16562" w:rsidRPr="00D43CE2" w14:paraId="09923516" w14:textId="77777777" w:rsidTr="00CB5514">
        <w:trPr>
          <w:trHeight w:val="1701"/>
        </w:trPr>
        <w:tc>
          <w:tcPr>
            <w:tcW w:w="486" w:type="pct"/>
          </w:tcPr>
          <w:p w14:paraId="2D2BDE21" w14:textId="77777777" w:rsidR="00B16562" w:rsidRPr="00AC12C2" w:rsidRDefault="00B16562" w:rsidP="00CB5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77" w:type="pct"/>
          </w:tcPr>
          <w:p w14:paraId="06F565B1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F4AF8A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4A316E0A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55753E4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23A3EFF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6F8FAF6D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7649CCEC" w14:textId="77777777" w:rsidR="00B16562" w:rsidRDefault="00B16562" w:rsidP="00CB5514">
            <w:pPr>
              <w:rPr>
                <w:rFonts w:ascii="Times New Roman" w:hAnsi="Times New Roman" w:cs="Times New Roman"/>
              </w:rPr>
            </w:pPr>
          </w:p>
          <w:p w14:paraId="08478255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3A5FAF7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03DAADF1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774F9DE3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4468F52A" w14:textId="77777777" w:rsidR="00B16562" w:rsidRPr="00D43CE2" w:rsidRDefault="00B16562" w:rsidP="00CB5514">
            <w:pPr>
              <w:rPr>
                <w:rFonts w:ascii="Times New Roman" w:hAnsi="Times New Roman" w:cs="Times New Roman"/>
              </w:rPr>
            </w:pPr>
          </w:p>
        </w:tc>
      </w:tr>
    </w:tbl>
    <w:p w14:paraId="1F5A6ACE" w14:textId="77777777" w:rsidR="006D757A" w:rsidRDefault="006D757A" w:rsidP="002F2624">
      <w:pPr>
        <w:pStyle w:val="Titolo2"/>
        <w:spacing w:before="36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6. OBIETTIVI MINIMI PER ALLIEVI BES / DSA</w:t>
      </w:r>
    </w:p>
    <w:p w14:paraId="2FF386CC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Rispettare le regole fondamentali della convivenza civile, dell'ambiente scolastico e dei diversi contesti di apprendimento.</w:t>
      </w:r>
    </w:p>
    <w:p w14:paraId="2C87117C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Instaurare relazioni positive e collaborative con i compagni, i docenti e le altre figure educative.</w:t>
      </w:r>
    </w:p>
    <w:p w14:paraId="54B67F90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Comprendere e svolgere semplici consegne, adeguate alle proprie capacità e ai propri bisogni formativi.</w:t>
      </w:r>
    </w:p>
    <w:p w14:paraId="78489605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Utilizzare in modo appropriato materiali, strumenti e risorse didattiche, anche digitali, in relazione alle attività proposte.</w:t>
      </w:r>
    </w:p>
    <w:p w14:paraId="13B02E70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Partecipare alle attività didattiche, individuali e di gruppo, portando a termine i compiti assegnati con un livello di autonomia progressivamente crescente.</w:t>
      </w:r>
    </w:p>
    <w:p w14:paraId="68F23276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Acquisire e consolidare conoscenze e abilità essenziali delle diverse discipline, applicandole in situazioni semplici e guidate.</w:t>
      </w:r>
    </w:p>
    <w:p w14:paraId="2E86C66A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Sviluppare gradualmente autonomia operativa, senso di responsabilità e capacità di organizzazione del proprio lavoro.</w:t>
      </w:r>
    </w:p>
    <w:p w14:paraId="0376996B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Rispettare le principali norme di sicurezza, igiene, ordine e tutela degli ambienti e delle attrezzature scolastiche.</w:t>
      </w:r>
    </w:p>
    <w:p w14:paraId="77E8473A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Comunicare in modo semplice, chiaro e pertinente, utilizzando anche il linguaggio specifico essenziale delle discipline.</w:t>
      </w:r>
    </w:p>
    <w:p w14:paraId="25018677" w14:textId="77777777" w:rsidR="003F6530" w:rsidRDefault="003F6530" w:rsidP="003F6530">
      <w:pPr>
        <w:pStyle w:val="NormaleWeb"/>
        <w:numPr>
          <w:ilvl w:val="0"/>
          <w:numId w:val="13"/>
        </w:numPr>
        <w:jc w:val="both"/>
      </w:pPr>
      <w:r>
        <w:t>Utilizzare, ove previsti, gli strumenti compensativi e usufruire delle misure dispensative e delle strategie didattiche personalizzate, secondo quanto stabilito nel PDP o nel PEI.</w:t>
      </w:r>
    </w:p>
    <w:p w14:paraId="4321B8C6" w14:textId="77777777" w:rsidR="003F6530" w:rsidRDefault="003F6530" w:rsidP="003F6530">
      <w:pPr>
        <w:rPr>
          <w:lang w:val="it-IT"/>
        </w:rPr>
      </w:pPr>
    </w:p>
    <w:p w14:paraId="6960600D" w14:textId="77777777" w:rsidR="003F6530" w:rsidRDefault="003F6530" w:rsidP="003F6530">
      <w:pPr>
        <w:rPr>
          <w:lang w:val="it-IT"/>
        </w:rPr>
      </w:pPr>
    </w:p>
    <w:p w14:paraId="2A3849BB" w14:textId="77777777" w:rsidR="003F6530" w:rsidRPr="003F6530" w:rsidRDefault="003F6530" w:rsidP="003F6530">
      <w:pPr>
        <w:rPr>
          <w:lang w:val="it-IT"/>
        </w:rPr>
      </w:pPr>
    </w:p>
    <w:p w14:paraId="40F79860" w14:textId="77777777" w:rsidR="006D757A" w:rsidRPr="00D43CE2" w:rsidRDefault="006D757A" w:rsidP="002F2624">
      <w:pPr>
        <w:pStyle w:val="Titolo2"/>
        <w:spacing w:before="36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lastRenderedPageBreak/>
        <w:t>7. METODOLOGIA DIDATTICA</w:t>
      </w:r>
    </w:p>
    <w:p w14:paraId="759D62BA" w14:textId="77777777" w:rsidR="006D757A" w:rsidRPr="00D43CE2" w:rsidRDefault="006D757A" w:rsidP="006D757A">
      <w:pPr>
        <w:pStyle w:val="NormaleWeb"/>
        <w:spacing w:before="120" w:beforeAutospacing="0" w:after="120" w:afterAutospacing="0"/>
      </w:pPr>
      <w:r w:rsidRPr="00D43CE2">
        <w:rPr>
          <w:rStyle w:val="Enfasigrassetto"/>
        </w:rPr>
        <w:t>Selezionare le metodologie adottate nel percorso didattico: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6D757A" w:rsidRPr="00A83686" w14:paraId="37E8A7C9" w14:textId="77777777" w:rsidTr="00CB5514">
        <w:trPr>
          <w:trHeight w:val="1475"/>
        </w:trPr>
        <w:tc>
          <w:tcPr>
            <w:tcW w:w="5000" w:type="pct"/>
          </w:tcPr>
          <w:p w14:paraId="31E18131" w14:textId="77777777" w:rsidR="006D757A" w:rsidRDefault="006D757A" w:rsidP="00CB5514">
            <w:pPr>
              <w:pStyle w:val="NormaleWeb"/>
              <w:tabs>
                <w:tab w:val="left" w:pos="2148"/>
                <w:tab w:val="left" w:pos="4700"/>
                <w:tab w:val="left" w:pos="739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Lezione frontale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Lezione dialogata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laboratoriale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Cooperative learning</w:t>
            </w:r>
          </w:p>
          <w:p w14:paraId="332605F3" w14:textId="77777777" w:rsidR="006D757A" w:rsidRPr="002D2EA5" w:rsidRDefault="006D757A" w:rsidP="00CB5514">
            <w:pPr>
              <w:pStyle w:val="NormaleWeb"/>
              <w:tabs>
                <w:tab w:val="left" w:pos="2148"/>
                <w:tab w:val="left" w:pos="4700"/>
                <w:tab w:val="left" w:pos="7393"/>
              </w:tabs>
              <w:spacing w:before="120" w:beforeAutospacing="0" w:after="120" w:afterAutospacing="0" w:line="276" w:lineRule="auto"/>
              <w:jc w:val="both"/>
              <w:rPr>
                <w:lang w:val="en-US"/>
              </w:rPr>
            </w:pP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Peer tutoring</w:t>
            </w:r>
            <w:r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Flipped classroom</w:t>
            </w:r>
            <w:r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Problem solving</w:t>
            </w:r>
            <w:r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Project work</w:t>
            </w:r>
          </w:p>
          <w:p w14:paraId="54BF0A40" w14:textId="77777777" w:rsidR="006D757A" w:rsidRDefault="006D757A" w:rsidP="00CB5514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breve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Debate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 w:rsidRPr="00D43CE2">
              <w:t>Apprendimento situato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Apprendimento personalizzato</w:t>
            </w:r>
          </w:p>
          <w:p w14:paraId="3FF92453" w14:textId="77777777" w:rsidR="006D757A" w:rsidRDefault="006D757A" w:rsidP="00CB5514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per competenze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per moduli / UDA</w:t>
            </w:r>
            <w:r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Brainstorming</w:t>
            </w:r>
          </w:p>
          <w:p w14:paraId="53F34D48" w14:textId="77777777" w:rsidR="006D757A" w:rsidRPr="00D43CE2" w:rsidRDefault="006D757A" w:rsidP="00CB5514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Altro ____________________</w:t>
            </w:r>
            <w:r>
              <w:t>_________________________</w:t>
            </w:r>
            <w:r w:rsidRPr="00D43CE2">
              <w:t>_</w:t>
            </w:r>
            <w:r>
              <w:t>___________________________</w:t>
            </w:r>
          </w:p>
        </w:tc>
      </w:tr>
    </w:tbl>
    <w:p w14:paraId="7379A1AF" w14:textId="7D52844C" w:rsidR="006D757A" w:rsidRDefault="006D757A" w:rsidP="006D757A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D43CE2">
        <w:rPr>
          <w:rFonts w:ascii="Times New Roman" w:eastAsia="Times New Roman" w:hAnsi="Times New Roman" w:cs="Times New Roman"/>
          <w:b/>
          <w:bCs/>
          <w:lang w:val="it-IT" w:eastAsia="it-IT"/>
        </w:rPr>
        <w:t>Strumenti di lavoro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982"/>
      </w:tblGrid>
      <w:tr w:rsidR="006D757A" w14:paraId="1E4318E4" w14:textId="77777777" w:rsidTr="00CB5514">
        <w:tc>
          <w:tcPr>
            <w:tcW w:w="1980" w:type="dxa"/>
            <w:vAlign w:val="center"/>
          </w:tcPr>
          <w:p w14:paraId="1C3CA459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CATEGORIA</w:t>
            </w:r>
          </w:p>
        </w:tc>
        <w:tc>
          <w:tcPr>
            <w:tcW w:w="7982" w:type="dxa"/>
            <w:vAlign w:val="center"/>
          </w:tcPr>
          <w:p w14:paraId="5D79A1DA" w14:textId="77777777" w:rsidR="006D757A" w:rsidRPr="00AC12C2" w:rsidRDefault="006D757A" w:rsidP="00CB5514">
            <w:pPr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STRUMENTI / RISORSE</w:t>
            </w:r>
          </w:p>
        </w:tc>
      </w:tr>
      <w:tr w:rsidR="006D757A" w14:paraId="4E1B2E97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0F1E9D80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Materiali didattici</w:t>
            </w:r>
          </w:p>
        </w:tc>
        <w:tc>
          <w:tcPr>
            <w:tcW w:w="7982" w:type="dxa"/>
            <w:vAlign w:val="center"/>
          </w:tcPr>
          <w:p w14:paraId="248CF398" w14:textId="77777777" w:rsidR="006D757A" w:rsidRDefault="006D757A" w:rsidP="00CB55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Libro di testo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Dispense del docente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Schede operative</w:t>
            </w:r>
          </w:p>
          <w:p w14:paraId="4E69DB9E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Esercitazioni in laboratorio</w:t>
            </w:r>
          </w:p>
        </w:tc>
      </w:tr>
      <w:tr w:rsidR="006D757A" w:rsidRPr="00743C8A" w14:paraId="52B56C7F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03D729CE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Risorse digitali</w:t>
            </w:r>
          </w:p>
        </w:tc>
        <w:tc>
          <w:tcPr>
            <w:tcW w:w="7982" w:type="dxa"/>
            <w:vAlign w:val="center"/>
          </w:tcPr>
          <w:p w14:paraId="706B7A3B" w14:textId="77777777" w:rsidR="006D757A" w:rsidRPr="00AC12C2" w:rsidRDefault="006D757A" w:rsidP="00CB55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C12C2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AC12C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Piattaforma Google Workspace (Classroom, Drive, Moduli, Meet)</w:t>
            </w:r>
          </w:p>
          <w:p w14:paraId="663D24B0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LIM / Videoproiettore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 online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Tutorial / Video didattici</w:t>
            </w:r>
          </w:p>
        </w:tc>
      </w:tr>
      <w:tr w:rsidR="006D757A" w14:paraId="7A9CCC73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151027F2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App e software didattici</w:t>
            </w:r>
          </w:p>
        </w:tc>
        <w:tc>
          <w:tcPr>
            <w:tcW w:w="7982" w:type="dxa"/>
            <w:vAlign w:val="center"/>
          </w:tcPr>
          <w:p w14:paraId="27D9204B" w14:textId="77777777" w:rsidR="006D757A" w:rsidRDefault="006D757A" w:rsidP="00CB55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App Case Editrici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GeoGebra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Kahoot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Canva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Padlet</w:t>
            </w:r>
          </w:p>
          <w:p w14:paraId="4FB8AB9F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Altro:</w:t>
            </w:r>
          </w:p>
        </w:tc>
      </w:tr>
      <w:tr w:rsidR="006D757A" w:rsidRPr="00743C8A" w14:paraId="13AA7F8F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6C5C41E0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Strumenti tecnologici</w:t>
            </w:r>
          </w:p>
        </w:tc>
        <w:tc>
          <w:tcPr>
            <w:tcW w:w="7982" w:type="dxa"/>
            <w:vAlign w:val="center"/>
          </w:tcPr>
          <w:p w14:paraId="2A581002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Computer / Laptop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Tablet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Smartphone didattico</w:t>
            </w:r>
          </w:p>
          <w:p w14:paraId="0F6AEA48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Stampante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Scanner</w:t>
            </w:r>
          </w:p>
        </w:tc>
      </w:tr>
      <w:tr w:rsidR="006D757A" w:rsidRPr="00743C8A" w14:paraId="3371F990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0EEC5BA8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Materiali audiovisivi</w:t>
            </w:r>
          </w:p>
        </w:tc>
        <w:tc>
          <w:tcPr>
            <w:tcW w:w="7982" w:type="dxa"/>
            <w:vAlign w:val="center"/>
          </w:tcPr>
          <w:p w14:paraId="1C84F32E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Film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Documentari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Video di settore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Registrazioni didattiche</w:t>
            </w:r>
          </w:p>
        </w:tc>
      </w:tr>
      <w:tr w:rsidR="006D757A" w:rsidRPr="00743C8A" w14:paraId="0C3FF6C6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367FD896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Fonti e documentazione</w:t>
            </w:r>
          </w:p>
        </w:tc>
        <w:tc>
          <w:tcPr>
            <w:tcW w:w="7982" w:type="dxa"/>
            <w:vAlign w:val="center"/>
          </w:tcPr>
          <w:p w14:paraId="61A4D313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Manuali tecnici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Normative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Testi di settore</w:t>
            </w:r>
          </w:p>
          <w:p w14:paraId="0B425EEA" w14:textId="77777777" w:rsidR="006D757A" w:rsidRPr="00A465E2" w:rsidRDefault="006D757A" w:rsidP="00CB5514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Riviste / Stampa specialistica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Siti web istituzionali</w:t>
            </w:r>
          </w:p>
        </w:tc>
      </w:tr>
      <w:tr w:rsidR="006D757A" w:rsidRPr="00743C8A" w14:paraId="33B51147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0CEAD383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Materiali autoprodotti</w:t>
            </w:r>
          </w:p>
        </w:tc>
        <w:tc>
          <w:tcPr>
            <w:tcW w:w="7982" w:type="dxa"/>
            <w:vAlign w:val="center"/>
          </w:tcPr>
          <w:p w14:paraId="27C10A4E" w14:textId="77777777" w:rsidR="006D757A" w:rsidRPr="00A465E2" w:rsidRDefault="006D757A" w:rsidP="00CB5514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Mappe concettuali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Schede semplificate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Presentazioni multimediali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strutturate dal docente</w:t>
            </w:r>
          </w:p>
        </w:tc>
      </w:tr>
      <w:tr w:rsidR="006D757A" w14:paraId="449574F7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44649A73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Canali comunicativi</w:t>
            </w:r>
          </w:p>
        </w:tc>
        <w:tc>
          <w:tcPr>
            <w:tcW w:w="7982" w:type="dxa"/>
            <w:vAlign w:val="center"/>
          </w:tcPr>
          <w:p w14:paraId="6285F675" w14:textId="77777777" w:rsidR="006D757A" w:rsidRDefault="006D757A" w:rsidP="00CB551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Chat WhatsApp (gruppo classe)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E-mail istituzionale</w:t>
            </w:r>
          </w:p>
          <w:p w14:paraId="484CC7B0" w14:textId="77777777" w:rsidR="006D757A" w:rsidRPr="00A465E2" w:rsidRDefault="006D757A" w:rsidP="00CB5514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Bacheca Classroom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Diario personale</w:t>
            </w:r>
          </w:p>
        </w:tc>
      </w:tr>
      <w:tr w:rsidR="006D757A" w14:paraId="74A0434D" w14:textId="77777777" w:rsidTr="002F2624">
        <w:trPr>
          <w:trHeight w:val="737"/>
        </w:trPr>
        <w:tc>
          <w:tcPr>
            <w:tcW w:w="1980" w:type="dxa"/>
            <w:vAlign w:val="center"/>
          </w:tcPr>
          <w:p w14:paraId="34B51341" w14:textId="77777777" w:rsidR="006D757A" w:rsidRPr="00AC12C2" w:rsidRDefault="006D757A" w:rsidP="00CB5514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Altro (specificare)</w:t>
            </w:r>
          </w:p>
        </w:tc>
        <w:tc>
          <w:tcPr>
            <w:tcW w:w="7982" w:type="dxa"/>
          </w:tcPr>
          <w:p w14:paraId="21B07131" w14:textId="77777777" w:rsidR="006D757A" w:rsidRDefault="006D757A" w:rsidP="00CB5514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</w:p>
          <w:p w14:paraId="08F330B5" w14:textId="77777777" w:rsidR="006D757A" w:rsidRPr="00A465E2" w:rsidRDefault="006D757A" w:rsidP="00CB5514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</w:p>
        </w:tc>
      </w:tr>
    </w:tbl>
    <w:p w14:paraId="450290E8" w14:textId="77777777" w:rsidR="006D757A" w:rsidRDefault="00A465E2" w:rsidP="00334AE3">
      <w:pPr>
        <w:spacing w:before="360" w:after="120"/>
        <w:rPr>
          <w:rFonts w:ascii="Times New Roman" w:hAnsi="Times New Roman" w:cs="Times New Roman"/>
          <w:lang w:val="it-IT"/>
        </w:rPr>
      </w:pPr>
      <w:r w:rsidRPr="006D757A">
        <w:rPr>
          <w:rStyle w:val="Enfasigrassetto"/>
          <w:rFonts w:ascii="Times New Roman" w:hAnsi="Times New Roman" w:cs="Times New Roman"/>
          <w:lang w:val="it-IT"/>
        </w:rPr>
        <w:t>Spazi e contesti di apprendimento:</w:t>
      </w:r>
    </w:p>
    <w:p w14:paraId="2B81933F" w14:textId="57E52AE3" w:rsidR="006D757A" w:rsidRDefault="00A465E2" w:rsidP="006D757A">
      <w:pPr>
        <w:spacing w:before="120" w:after="120"/>
        <w:rPr>
          <w:rFonts w:ascii="Times New Roman" w:hAnsi="Times New Roman" w:cs="Times New Roman"/>
          <w:lang w:val="it-IT"/>
        </w:rPr>
      </w:pP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Aula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Laboratorio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Aula multimediale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Biblioteca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Azienda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</w:t>
      </w:r>
      <w:r w:rsidR="00743C8A">
        <w:rPr>
          <w:rFonts w:ascii="Times New Roman" w:hAnsi="Times New Roman" w:cs="Times New Roman"/>
          <w:lang w:val="it-IT"/>
        </w:rPr>
        <w:t>FSL</w:t>
      </w:r>
    </w:p>
    <w:p w14:paraId="7CBC8836" w14:textId="025587B9" w:rsidR="00B969C4" w:rsidRPr="006D757A" w:rsidRDefault="00A465E2" w:rsidP="006D757A">
      <w:pPr>
        <w:spacing w:before="120" w:after="120"/>
        <w:rPr>
          <w:rFonts w:ascii="Times New Roman" w:hAnsi="Times New Roman" w:cs="Times New Roman"/>
          <w:lang w:val="it-IT"/>
        </w:rPr>
      </w:pP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Visite guidate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Times New Roman" w:hAnsi="Times New Roman" w:cs="Times New Roman"/>
        </w:rPr>
        <w:t> </w:t>
      </w:r>
      <w:r w:rsidRPr="006D757A">
        <w:rPr>
          <w:rFonts w:ascii="Segoe UI Symbol" w:hAnsi="Segoe UI Symbol" w:cs="Segoe UI Symbol"/>
          <w:lang w:val="it-IT"/>
        </w:rPr>
        <w:t>☐</w:t>
      </w:r>
      <w:r w:rsidRPr="006D757A">
        <w:rPr>
          <w:rFonts w:ascii="Times New Roman" w:hAnsi="Times New Roman" w:cs="Times New Roman"/>
          <w:lang w:val="it-IT"/>
        </w:rPr>
        <w:t xml:space="preserve"> Altro _____________________</w:t>
      </w:r>
      <w:r w:rsidR="00334AE3">
        <w:rPr>
          <w:rFonts w:ascii="Times New Roman" w:hAnsi="Times New Roman" w:cs="Times New Roman"/>
          <w:lang w:val="it-IT"/>
        </w:rPr>
        <w:t>_____________________________________________</w:t>
      </w:r>
    </w:p>
    <w:p w14:paraId="593C5791" w14:textId="77777777" w:rsidR="006D757A" w:rsidRPr="00D43CE2" w:rsidRDefault="006D757A" w:rsidP="00334AE3">
      <w:pPr>
        <w:pStyle w:val="Titolo2"/>
        <w:spacing w:before="360" w:after="120" w:line="240" w:lineRule="auto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lastRenderedPageBreak/>
        <w:t>8. VERIFICA E VALUTAZIONE</w:t>
      </w:r>
    </w:p>
    <w:p w14:paraId="7AF83E33" w14:textId="77777777" w:rsidR="006D757A" w:rsidRPr="00A465E2" w:rsidRDefault="006D757A" w:rsidP="006D757A">
      <w:pPr>
        <w:pStyle w:val="Titolo2"/>
        <w:spacing w:before="120" w:after="120" w:line="240" w:lineRule="auto"/>
        <w:rPr>
          <w:rFonts w:ascii="Times New Roman" w:hAnsi="Times New Roman" w:cs="Times New Roman"/>
          <w:color w:val="auto"/>
          <w:lang w:val="it-IT"/>
        </w:rPr>
      </w:pPr>
      <w:r w:rsidRPr="00A465E2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Strumenti di verifica utilizzati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6D757A" w:rsidRPr="00DC7F84" w14:paraId="3CA0BC47" w14:textId="77777777" w:rsidTr="00CB5514">
        <w:tc>
          <w:tcPr>
            <w:tcW w:w="5000" w:type="pct"/>
          </w:tcPr>
          <w:p w14:paraId="20771348" w14:textId="77777777" w:rsidR="006D757A" w:rsidRDefault="006D757A" w:rsidP="00CB5514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autentiche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pratiche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scritte strutturate / 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semi strutturate</w:t>
            </w:r>
          </w:p>
          <w:p w14:paraId="132B623D" w14:textId="77777777" w:rsidR="006D757A" w:rsidRDefault="006D757A" w:rsidP="00CB55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Interrogazioni orali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Esercitazioni di gruppo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Relazioni / Report tecnici</w:t>
            </w:r>
          </w:p>
          <w:p w14:paraId="026470AA" w14:textId="77777777" w:rsidR="006D757A" w:rsidRDefault="006D757A" w:rsidP="00CB55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Osservazioni sistematiche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 online / Google Moduli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App didattiche (Kahoot, Padlet, ecc.)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Presentazioni multimediali / PowerPoint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Project work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Compiti di realtà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Altro</w:t>
            </w:r>
          </w:p>
          <w:p w14:paraId="6242ED91" w14:textId="77777777" w:rsidR="006D757A" w:rsidRPr="00D43CE2" w:rsidRDefault="006D757A" w:rsidP="00CB55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</w:tr>
    </w:tbl>
    <w:p w14:paraId="31E358C1" w14:textId="1EEF7AE0" w:rsidR="00136DAD" w:rsidRPr="00170BC3" w:rsidRDefault="00332D3F" w:rsidP="00334AE3">
      <w:pPr>
        <w:spacing w:before="360" w:after="120"/>
        <w:rPr>
          <w:rFonts w:ascii="Times New Roman" w:hAnsi="Times New Roman" w:cs="Times New Roman"/>
          <w:b/>
          <w:bCs/>
        </w:rPr>
      </w:pPr>
      <w:r w:rsidRPr="00170BC3">
        <w:rPr>
          <w:rFonts w:ascii="Times New Roman" w:hAnsi="Times New Roman" w:cs="Times New Roman"/>
          <w:b/>
          <w:bCs/>
        </w:rPr>
        <w:t>Indicatori di valutazione: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5"/>
        <w:gridCol w:w="7557"/>
      </w:tblGrid>
      <w:tr w:rsidR="00136DAD" w:rsidRPr="00743C8A" w14:paraId="4FBE0FB8" w14:textId="77777777" w:rsidTr="006D757A">
        <w:trPr>
          <w:trHeight w:val="454"/>
        </w:trPr>
        <w:tc>
          <w:tcPr>
            <w:tcW w:w="1207" w:type="pct"/>
          </w:tcPr>
          <w:p w14:paraId="79D0A3B9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</w:rPr>
            </w:pPr>
            <w:r w:rsidRPr="00A465E2">
              <w:rPr>
                <w:rFonts w:ascii="Times New Roman" w:hAnsi="Times New Roman" w:cs="Times New Roman"/>
              </w:rPr>
              <w:t>Livello 1 – Base</w:t>
            </w:r>
          </w:p>
        </w:tc>
        <w:tc>
          <w:tcPr>
            <w:tcW w:w="3793" w:type="pct"/>
          </w:tcPr>
          <w:p w14:paraId="5425F893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A465E2">
              <w:rPr>
                <w:rFonts w:ascii="Times New Roman" w:hAnsi="Times New Roman" w:cs="Times New Roman"/>
                <w:lang w:val="it-IT"/>
              </w:rPr>
              <w:t>Svolge compiti semplici con supporto, in contesti noti.</w:t>
            </w:r>
          </w:p>
        </w:tc>
      </w:tr>
      <w:tr w:rsidR="00136DAD" w:rsidRPr="00743C8A" w14:paraId="032386A5" w14:textId="77777777" w:rsidTr="006D757A">
        <w:trPr>
          <w:trHeight w:val="454"/>
        </w:trPr>
        <w:tc>
          <w:tcPr>
            <w:tcW w:w="1207" w:type="pct"/>
          </w:tcPr>
          <w:p w14:paraId="496DEA66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</w:rPr>
            </w:pPr>
            <w:r w:rsidRPr="00A465E2">
              <w:rPr>
                <w:rFonts w:ascii="Times New Roman" w:hAnsi="Times New Roman" w:cs="Times New Roman"/>
              </w:rPr>
              <w:t>Livello 2 – Intermedio</w:t>
            </w:r>
          </w:p>
        </w:tc>
        <w:tc>
          <w:tcPr>
            <w:tcW w:w="3793" w:type="pct"/>
          </w:tcPr>
          <w:p w14:paraId="18C61BC1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A465E2">
              <w:rPr>
                <w:rFonts w:ascii="Times New Roman" w:hAnsi="Times New Roman" w:cs="Times New Roman"/>
                <w:lang w:val="it-IT"/>
              </w:rPr>
              <w:t>Svolge compiti complessi in situazioni note, con autonomia parziale.</w:t>
            </w:r>
          </w:p>
        </w:tc>
      </w:tr>
      <w:tr w:rsidR="00136DAD" w:rsidRPr="00743C8A" w14:paraId="716A04A1" w14:textId="77777777" w:rsidTr="006D757A">
        <w:trPr>
          <w:trHeight w:val="454"/>
        </w:trPr>
        <w:tc>
          <w:tcPr>
            <w:tcW w:w="1207" w:type="pct"/>
          </w:tcPr>
          <w:p w14:paraId="04F11F05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</w:rPr>
            </w:pPr>
            <w:r w:rsidRPr="00A465E2">
              <w:rPr>
                <w:rFonts w:ascii="Times New Roman" w:hAnsi="Times New Roman" w:cs="Times New Roman"/>
              </w:rPr>
              <w:t>Livello 3 – Avanzato</w:t>
            </w:r>
          </w:p>
        </w:tc>
        <w:tc>
          <w:tcPr>
            <w:tcW w:w="3793" w:type="pct"/>
          </w:tcPr>
          <w:p w14:paraId="313FA357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A465E2">
              <w:rPr>
                <w:rFonts w:ascii="Times New Roman" w:hAnsi="Times New Roman" w:cs="Times New Roman"/>
                <w:lang w:val="it-IT"/>
              </w:rPr>
              <w:t>Svolge compiti complessi anche in contesti nuovi, con autonomia e responsabilità.</w:t>
            </w:r>
          </w:p>
        </w:tc>
      </w:tr>
      <w:tr w:rsidR="00136DAD" w:rsidRPr="00743C8A" w14:paraId="138057F9" w14:textId="77777777" w:rsidTr="006D757A">
        <w:trPr>
          <w:trHeight w:val="454"/>
        </w:trPr>
        <w:tc>
          <w:tcPr>
            <w:tcW w:w="1207" w:type="pct"/>
          </w:tcPr>
          <w:p w14:paraId="0B4082C0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</w:rPr>
            </w:pPr>
            <w:r w:rsidRPr="00A465E2">
              <w:rPr>
                <w:rFonts w:ascii="Times New Roman" w:hAnsi="Times New Roman" w:cs="Times New Roman"/>
              </w:rPr>
              <w:t>Livello 4 – Eccellente</w:t>
            </w:r>
          </w:p>
        </w:tc>
        <w:tc>
          <w:tcPr>
            <w:tcW w:w="3793" w:type="pct"/>
          </w:tcPr>
          <w:p w14:paraId="44E4AAFC" w14:textId="77777777" w:rsidR="00136DAD" w:rsidRPr="00A465E2" w:rsidRDefault="00332D3F" w:rsidP="006D757A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A465E2">
              <w:rPr>
                <w:rFonts w:ascii="Times New Roman" w:hAnsi="Times New Roman" w:cs="Times New Roman"/>
                <w:lang w:val="it-IT"/>
              </w:rPr>
              <w:t>Gestisce situazioni complesse, assume decisioni e propone soluzioni innovative.</w:t>
            </w:r>
          </w:p>
        </w:tc>
      </w:tr>
    </w:tbl>
    <w:p w14:paraId="3DBB9771" w14:textId="77777777" w:rsidR="00136DAD" w:rsidRPr="00A465E2" w:rsidRDefault="00332D3F" w:rsidP="002F2624">
      <w:pPr>
        <w:pStyle w:val="Titolo2"/>
        <w:spacing w:before="360" w:after="120"/>
        <w:rPr>
          <w:rFonts w:ascii="Times New Roman" w:hAnsi="Times New Roman" w:cs="Times New Roman"/>
          <w:color w:val="auto"/>
          <w:lang w:val="it-IT"/>
        </w:rPr>
      </w:pPr>
      <w:r w:rsidRPr="00A465E2">
        <w:rPr>
          <w:rFonts w:ascii="Times New Roman" w:hAnsi="Times New Roman" w:cs="Times New Roman"/>
          <w:color w:val="auto"/>
          <w:lang w:val="it-IT"/>
        </w:rPr>
        <w:t>9. STRATEGIE DI RECUPERO, POTENZIAMENTO E INCLUSIONE</w:t>
      </w:r>
    </w:p>
    <w:p w14:paraId="4B5EA8CF" w14:textId="1EE6FB46" w:rsidR="006D757A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>Analisi dei test d’ingresso, prove intermedie e finali.</w:t>
      </w:r>
    </w:p>
    <w:p w14:paraId="3B1187CC" w14:textId="70D8DD9A" w:rsidR="006D757A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>Attività di recupero in itinere e laboratori di potenziamento.</w:t>
      </w:r>
    </w:p>
    <w:p w14:paraId="5996C604" w14:textId="1C83FF27" w:rsidR="006D757A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>Sportello didattico e tutoring.</w:t>
      </w:r>
    </w:p>
    <w:p w14:paraId="7332F752" w14:textId="56268F3A" w:rsidR="006D757A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 xml:space="preserve">Adattamenti didattici per studenti BES/DSA secondo L.170/2010, </w:t>
      </w:r>
      <w:r w:rsidR="004B31F2" w:rsidRPr="006D757A">
        <w:rPr>
          <w:rFonts w:ascii="Times New Roman" w:hAnsi="Times New Roman" w:cs="Times New Roman"/>
          <w:lang w:val="it-IT"/>
        </w:rPr>
        <w:t>D. Lgs</w:t>
      </w:r>
      <w:r w:rsidRPr="006D757A">
        <w:rPr>
          <w:rFonts w:ascii="Times New Roman" w:hAnsi="Times New Roman" w:cs="Times New Roman"/>
          <w:lang w:val="it-IT"/>
        </w:rPr>
        <w:t>.66/2017, D.I.182/2020.</w:t>
      </w:r>
    </w:p>
    <w:p w14:paraId="71A72710" w14:textId="6C4E5309" w:rsidR="006D757A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 xml:space="preserve">Coinvolgimento attivo in progetti </w:t>
      </w:r>
      <w:r w:rsidR="000503C3">
        <w:rPr>
          <w:rFonts w:ascii="Times New Roman" w:hAnsi="Times New Roman" w:cs="Times New Roman"/>
          <w:lang w:val="it-IT"/>
        </w:rPr>
        <w:t>FSL</w:t>
      </w:r>
      <w:r w:rsidRPr="006D757A">
        <w:rPr>
          <w:rFonts w:ascii="Times New Roman" w:hAnsi="Times New Roman" w:cs="Times New Roman"/>
          <w:lang w:val="it-IT"/>
        </w:rPr>
        <w:t xml:space="preserve"> e attività di settore.</w:t>
      </w:r>
    </w:p>
    <w:p w14:paraId="60AD956D" w14:textId="108C18D8" w:rsidR="00136DAD" w:rsidRPr="006D757A" w:rsidRDefault="00332D3F" w:rsidP="006D757A">
      <w:pPr>
        <w:pStyle w:val="Paragrafoelenco"/>
        <w:numPr>
          <w:ilvl w:val="0"/>
          <w:numId w:val="11"/>
        </w:numPr>
        <w:spacing w:before="120" w:after="120"/>
        <w:ind w:left="714" w:hanging="357"/>
        <w:contextualSpacing w:val="0"/>
        <w:rPr>
          <w:rFonts w:ascii="Times New Roman" w:hAnsi="Times New Roman" w:cs="Times New Roman"/>
          <w:lang w:val="it-IT"/>
        </w:rPr>
      </w:pPr>
      <w:r w:rsidRPr="006D757A">
        <w:rPr>
          <w:rFonts w:ascii="Times New Roman" w:hAnsi="Times New Roman" w:cs="Times New Roman"/>
          <w:lang w:val="it-IT"/>
        </w:rPr>
        <w:t>Collaborazione con famiglie e referenti per l’inclusione.</w:t>
      </w:r>
    </w:p>
    <w:p w14:paraId="7E4A6C75" w14:textId="72400153" w:rsidR="00136DAD" w:rsidRPr="00A465E2" w:rsidRDefault="00332D3F" w:rsidP="006D757A">
      <w:pPr>
        <w:spacing w:before="360"/>
        <w:jc w:val="both"/>
        <w:rPr>
          <w:rFonts w:ascii="Times New Roman" w:hAnsi="Times New Roman" w:cs="Times New Roman"/>
          <w:lang w:val="it-IT"/>
        </w:rPr>
      </w:pPr>
      <w:r w:rsidRPr="00A465E2">
        <w:rPr>
          <w:rFonts w:ascii="Times New Roman" w:hAnsi="Times New Roman" w:cs="Times New Roman"/>
          <w:lang w:val="it-IT"/>
        </w:rPr>
        <w:t>La presente programmazione è suscettibile di modifiche o integrazioni nel corso dell’anno scolastico in relazione ai ritmi di apprendimento, agli interessi degli studenti e ai tempi disponibili.</w:t>
      </w:r>
    </w:p>
    <w:p w14:paraId="6A99B656" w14:textId="77777777" w:rsidR="006D757A" w:rsidRPr="00D43CE2" w:rsidRDefault="006D757A" w:rsidP="002F2624">
      <w:pPr>
        <w:tabs>
          <w:tab w:val="left" w:pos="4536"/>
        </w:tabs>
        <w:spacing w:before="600" w:after="0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Data _______________</w:t>
      </w:r>
      <w:r>
        <w:rPr>
          <w:rFonts w:ascii="Times New Roman" w:hAnsi="Times New Roman" w:cs="Times New Roman"/>
          <w:lang w:val="it-IT"/>
        </w:rPr>
        <w:tab/>
      </w:r>
      <w:r w:rsidRPr="00D43CE2">
        <w:rPr>
          <w:rFonts w:ascii="Times New Roman" w:hAnsi="Times New Roman" w:cs="Times New Roman"/>
          <w:lang w:val="it-IT"/>
        </w:rPr>
        <w:t>Firma del docente ___________________________</w:t>
      </w:r>
      <w:r>
        <w:rPr>
          <w:rFonts w:ascii="Times New Roman" w:hAnsi="Times New Roman" w:cs="Times New Roman"/>
          <w:lang w:val="it-IT"/>
        </w:rPr>
        <w:t>______</w:t>
      </w:r>
      <w:r w:rsidRPr="00D43CE2">
        <w:rPr>
          <w:rFonts w:ascii="Times New Roman" w:hAnsi="Times New Roman" w:cs="Times New Roman"/>
          <w:lang w:val="it-IT"/>
        </w:rPr>
        <w:t>_</w:t>
      </w:r>
    </w:p>
    <w:p w14:paraId="1657AE24" w14:textId="3DC087AA" w:rsidR="00136DAD" w:rsidRPr="00A465E2" w:rsidRDefault="00136DAD" w:rsidP="006D757A">
      <w:pPr>
        <w:rPr>
          <w:rFonts w:ascii="Times New Roman" w:hAnsi="Times New Roman" w:cs="Times New Roman"/>
        </w:rPr>
      </w:pPr>
    </w:p>
    <w:sectPr w:rsidR="00136DAD" w:rsidRPr="00A465E2" w:rsidSect="004045C1">
      <w:pgSz w:w="12240" w:h="15840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655824"/>
    <w:multiLevelType w:val="hybridMultilevel"/>
    <w:tmpl w:val="26D0432E"/>
    <w:lvl w:ilvl="0" w:tplc="EAD8DDB6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17BA0"/>
    <w:multiLevelType w:val="hybridMultilevel"/>
    <w:tmpl w:val="FA506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B10DE"/>
    <w:multiLevelType w:val="multilevel"/>
    <w:tmpl w:val="6CF4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B6EDE"/>
    <w:multiLevelType w:val="hybridMultilevel"/>
    <w:tmpl w:val="34029B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474706">
    <w:abstractNumId w:val="8"/>
  </w:num>
  <w:num w:numId="2" w16cid:durableId="323705120">
    <w:abstractNumId w:val="6"/>
  </w:num>
  <w:num w:numId="3" w16cid:durableId="1661226784">
    <w:abstractNumId w:val="5"/>
  </w:num>
  <w:num w:numId="4" w16cid:durableId="314842058">
    <w:abstractNumId w:val="4"/>
  </w:num>
  <w:num w:numId="5" w16cid:durableId="715159301">
    <w:abstractNumId w:val="7"/>
  </w:num>
  <w:num w:numId="6" w16cid:durableId="1465201231">
    <w:abstractNumId w:val="3"/>
  </w:num>
  <w:num w:numId="7" w16cid:durableId="150486300">
    <w:abstractNumId w:val="2"/>
  </w:num>
  <w:num w:numId="8" w16cid:durableId="831334684">
    <w:abstractNumId w:val="1"/>
  </w:num>
  <w:num w:numId="9" w16cid:durableId="437794153">
    <w:abstractNumId w:val="0"/>
  </w:num>
  <w:num w:numId="10" w16cid:durableId="252714438">
    <w:abstractNumId w:val="12"/>
  </w:num>
  <w:num w:numId="11" w16cid:durableId="1921408817">
    <w:abstractNumId w:val="10"/>
  </w:num>
  <w:num w:numId="12" w16cid:durableId="108089515">
    <w:abstractNumId w:val="9"/>
  </w:num>
  <w:num w:numId="13" w16cid:durableId="7369813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3C3"/>
    <w:rsid w:val="0006063C"/>
    <w:rsid w:val="00136DAD"/>
    <w:rsid w:val="0015074B"/>
    <w:rsid w:val="00170BC3"/>
    <w:rsid w:val="002511AA"/>
    <w:rsid w:val="0029639D"/>
    <w:rsid w:val="002F23D3"/>
    <w:rsid w:val="002F2624"/>
    <w:rsid w:val="003231CF"/>
    <w:rsid w:val="00326F90"/>
    <w:rsid w:val="00332D3F"/>
    <w:rsid w:val="00334AE3"/>
    <w:rsid w:val="003F6530"/>
    <w:rsid w:val="004045C1"/>
    <w:rsid w:val="004678CE"/>
    <w:rsid w:val="004B31F2"/>
    <w:rsid w:val="0053001A"/>
    <w:rsid w:val="006D757A"/>
    <w:rsid w:val="00743C8A"/>
    <w:rsid w:val="0090457B"/>
    <w:rsid w:val="009735DB"/>
    <w:rsid w:val="009902BE"/>
    <w:rsid w:val="00A465E2"/>
    <w:rsid w:val="00AA1D8D"/>
    <w:rsid w:val="00B16562"/>
    <w:rsid w:val="00B47730"/>
    <w:rsid w:val="00B969C4"/>
    <w:rsid w:val="00C33833"/>
    <w:rsid w:val="00CA27B1"/>
    <w:rsid w:val="00CA31EF"/>
    <w:rsid w:val="00CB0664"/>
    <w:rsid w:val="00EE51F8"/>
    <w:rsid w:val="00F545A4"/>
    <w:rsid w:val="00F743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D9340"/>
  <w14:defaultImageDpi w14:val="330"/>
  <w15:docId w15:val="{D5005DDC-CC7F-49A0-8FAE-72264E14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A4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Tabellasemplice-1">
    <w:name w:val="Plain Table 1"/>
    <w:basedOn w:val="Tabellanormale"/>
    <w:uiPriority w:val="99"/>
    <w:rsid w:val="00A465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99"/>
    <w:rsid w:val="00A465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1251</Words>
  <Characters>7137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ROSARIO LA MARCA</cp:lastModifiedBy>
  <cp:revision>4</cp:revision>
  <dcterms:created xsi:type="dcterms:W3CDTF">2026-10-14T20:44:00Z</dcterms:created>
  <dcterms:modified xsi:type="dcterms:W3CDTF">2026-10-15T12:32:00Z</dcterms:modified>
  <cp:category/>
</cp:coreProperties>
</file>