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85A" w:rsidRDefault="002C3177">
      <w:pPr>
        <w:jc w:val="center"/>
      </w:pPr>
      <w:r>
        <w:rPr>
          <w:b/>
          <w:color w:val="1F4E79"/>
          <w:sz w:val="28"/>
        </w:rPr>
        <w:t>IIS “E. FERRARI” – BATTIPAGLIA</w:t>
      </w:r>
    </w:p>
    <w:p w:rsidR="008A585A" w:rsidRDefault="002C3177">
      <w:pPr>
        <w:jc w:val="center"/>
      </w:pPr>
      <w:r>
        <w:rPr>
          <w:b/>
          <w:sz w:val="26"/>
        </w:rPr>
        <w:t>PON / PN 2021–2027 – PIANO ESTATE</w:t>
      </w:r>
    </w:p>
    <w:p w:rsidR="008A585A" w:rsidRDefault="002C3177">
      <w:pPr>
        <w:jc w:val="center"/>
      </w:pPr>
      <w:r>
        <w:rPr>
          <w:b/>
          <w:sz w:val="22"/>
        </w:rPr>
        <w:t>CALENDARIO DEI MODULI IN AVVIO – LUNEDÌ 19 OTTOBRE 2026</w:t>
      </w:r>
    </w:p>
    <w:p w:rsidR="008A585A" w:rsidRDefault="002C3177">
      <w:pPr>
        <w:spacing w:after="160"/>
      </w:pPr>
      <w:r>
        <w:t xml:space="preserve">Si riportano di seguito i moduli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prendono</w:t>
      </w:r>
      <w:proofErr w:type="spellEnd"/>
      <w:r>
        <w:t xml:space="preserve"> </w:t>
      </w:r>
      <w:proofErr w:type="spellStart"/>
      <w:proofErr w:type="gramStart"/>
      <w:r>
        <w:t>avvio</w:t>
      </w:r>
      <w:proofErr w:type="spellEnd"/>
      <w:r>
        <w:t xml:space="preserve"> </w:t>
      </w:r>
      <w:r w:rsidR="00E37EC8">
        <w:t xml:space="preserve"> </w:t>
      </w:r>
      <w:proofErr w:type="spellStart"/>
      <w:r>
        <w:t>lunedì</w:t>
      </w:r>
      <w:proofErr w:type="spellEnd"/>
      <w:proofErr w:type="gramEnd"/>
      <w:r>
        <w:t xml:space="preserve"> 19 </w:t>
      </w:r>
      <w:proofErr w:type="spellStart"/>
      <w:r>
        <w:t>ottobre</w:t>
      </w:r>
      <w:proofErr w:type="spellEnd"/>
      <w:r>
        <w:t xml:space="preserve"> 2026</w:t>
      </w:r>
      <w:r w:rsidR="00E37EC8">
        <w:t xml:space="preserve"> e </w:t>
      </w:r>
      <w:proofErr w:type="spellStart"/>
      <w:r w:rsidR="00E37EC8">
        <w:t>mercoledì</w:t>
      </w:r>
      <w:proofErr w:type="spellEnd"/>
      <w:r w:rsidR="00E37EC8">
        <w:t xml:space="preserve"> 21 </w:t>
      </w:r>
      <w:proofErr w:type="spellStart"/>
      <w:r w:rsidR="00E37EC8">
        <w:t>ottobre</w:t>
      </w:r>
      <w:proofErr w:type="spellEnd"/>
      <w:r w:rsidR="00E37EC8">
        <w:t xml:space="preserve"> 2026</w:t>
      </w:r>
      <w:r>
        <w:t xml:space="preserve">, con </w:t>
      </w:r>
      <w:proofErr w:type="spellStart"/>
      <w:r>
        <w:t>indicazione</w:t>
      </w:r>
      <w:proofErr w:type="spellEnd"/>
      <w:r>
        <w:t xml:space="preserve"> </w:t>
      </w:r>
      <w:proofErr w:type="spellStart"/>
      <w:r>
        <w:t>dell’orario</w:t>
      </w:r>
      <w:proofErr w:type="spellEnd"/>
      <w:r>
        <w:t xml:space="preserve"> e della sede prevista.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1301"/>
        <w:gridCol w:w="1418"/>
        <w:gridCol w:w="2292"/>
        <w:gridCol w:w="2801"/>
      </w:tblGrid>
      <w:tr w:rsidR="00E37EC8" w:rsidTr="00E37EC8">
        <w:trPr>
          <w:jc w:val="center"/>
        </w:trPr>
        <w:tc>
          <w:tcPr>
            <w:tcW w:w="2772" w:type="dxa"/>
            <w:shd w:val="clear" w:color="auto" w:fill="1F4E79"/>
            <w:vAlign w:val="center"/>
          </w:tcPr>
          <w:p w:rsidR="00E37EC8" w:rsidRDefault="00E37EC8">
            <w:r>
              <w:rPr>
                <w:b/>
                <w:color w:val="FFFFFF"/>
                <w:sz w:val="18"/>
              </w:rPr>
              <w:t>MODULO</w:t>
            </w:r>
          </w:p>
        </w:tc>
        <w:tc>
          <w:tcPr>
            <w:tcW w:w="1301" w:type="dxa"/>
            <w:shd w:val="clear" w:color="auto" w:fill="1F4E79"/>
          </w:tcPr>
          <w:p w:rsidR="00E37EC8" w:rsidRDefault="00E37EC8">
            <w:pPr>
              <w:rPr>
                <w:b/>
                <w:color w:val="FFFFFF"/>
                <w:sz w:val="18"/>
              </w:rPr>
            </w:pPr>
            <w:r>
              <w:rPr>
                <w:b/>
                <w:color w:val="FFFFFF"/>
                <w:sz w:val="18"/>
              </w:rPr>
              <w:t>DATA</w:t>
            </w:r>
          </w:p>
        </w:tc>
        <w:tc>
          <w:tcPr>
            <w:tcW w:w="1418" w:type="dxa"/>
            <w:shd w:val="clear" w:color="auto" w:fill="1F4E79"/>
            <w:vAlign w:val="center"/>
          </w:tcPr>
          <w:p w:rsidR="00E37EC8" w:rsidRDefault="00E37EC8">
            <w:r>
              <w:rPr>
                <w:b/>
                <w:color w:val="FFFFFF"/>
                <w:sz w:val="18"/>
              </w:rPr>
              <w:t>ORARIO</w:t>
            </w:r>
          </w:p>
        </w:tc>
        <w:tc>
          <w:tcPr>
            <w:tcW w:w="2292" w:type="dxa"/>
            <w:shd w:val="clear" w:color="auto" w:fill="1F4E79"/>
            <w:vAlign w:val="center"/>
          </w:tcPr>
          <w:p w:rsidR="00E37EC8" w:rsidRDefault="00E37EC8">
            <w:r>
              <w:rPr>
                <w:b/>
                <w:color w:val="FFFFFF"/>
                <w:sz w:val="18"/>
              </w:rPr>
              <w:t>SEDE</w:t>
            </w:r>
          </w:p>
        </w:tc>
        <w:tc>
          <w:tcPr>
            <w:tcW w:w="2801" w:type="dxa"/>
            <w:shd w:val="clear" w:color="auto" w:fill="1F4E79"/>
            <w:vAlign w:val="center"/>
          </w:tcPr>
          <w:p w:rsidR="00E37EC8" w:rsidRDefault="00E37EC8">
            <w:r>
              <w:rPr>
                <w:b/>
                <w:color w:val="FFFFFF"/>
                <w:sz w:val="18"/>
              </w:rPr>
              <w:t>ESPERTO / TUTOR</w:t>
            </w:r>
          </w:p>
        </w:tc>
      </w:tr>
      <w:tr w:rsidR="00E37EC8" w:rsidTr="00E37EC8">
        <w:trPr>
          <w:jc w:val="center"/>
        </w:trPr>
        <w:tc>
          <w:tcPr>
            <w:tcW w:w="2772" w:type="dxa"/>
            <w:vAlign w:val="center"/>
          </w:tcPr>
          <w:p w:rsidR="00E37EC8" w:rsidRDefault="00E37EC8">
            <w:pPr>
              <w:spacing w:after="20"/>
            </w:pPr>
            <w:proofErr w:type="spellStart"/>
            <w:r>
              <w:rPr>
                <w:sz w:val="18"/>
              </w:rPr>
              <w:t>Torneo</w:t>
            </w:r>
            <w:proofErr w:type="spellEnd"/>
            <w:r>
              <w:rPr>
                <w:sz w:val="18"/>
              </w:rPr>
              <w:t xml:space="preserve"> di </w:t>
            </w:r>
            <w:proofErr w:type="spellStart"/>
            <w:r>
              <w:rPr>
                <w:sz w:val="18"/>
              </w:rPr>
              <w:t>Calcetto</w:t>
            </w:r>
            <w:proofErr w:type="spellEnd"/>
          </w:p>
        </w:tc>
        <w:tc>
          <w:tcPr>
            <w:tcW w:w="1301" w:type="dxa"/>
          </w:tcPr>
          <w:p w:rsidR="00E37EC8" w:rsidRDefault="00E37EC8">
            <w:pPr>
              <w:spacing w:after="20"/>
              <w:rPr>
                <w:sz w:val="18"/>
              </w:rPr>
            </w:pPr>
            <w:r>
              <w:rPr>
                <w:sz w:val="18"/>
              </w:rPr>
              <w:t>19/10/2026</w:t>
            </w:r>
          </w:p>
        </w:tc>
        <w:tc>
          <w:tcPr>
            <w:tcW w:w="1418" w:type="dxa"/>
            <w:vAlign w:val="center"/>
          </w:tcPr>
          <w:p w:rsidR="00E37EC8" w:rsidRDefault="00E37EC8">
            <w:pPr>
              <w:spacing w:after="20"/>
            </w:pPr>
            <w:r>
              <w:rPr>
                <w:sz w:val="18"/>
              </w:rPr>
              <w:t>14:00–17:00</w:t>
            </w:r>
          </w:p>
        </w:tc>
        <w:tc>
          <w:tcPr>
            <w:tcW w:w="2292" w:type="dxa"/>
            <w:vAlign w:val="center"/>
          </w:tcPr>
          <w:p w:rsidR="00E37EC8" w:rsidRDefault="00E37EC8">
            <w:pPr>
              <w:spacing w:after="20"/>
            </w:pPr>
            <w:r>
              <w:rPr>
                <w:sz w:val="18"/>
              </w:rPr>
              <w:t xml:space="preserve">Campo di </w:t>
            </w:r>
            <w:proofErr w:type="spellStart"/>
            <w:r>
              <w:rPr>
                <w:sz w:val="18"/>
              </w:rPr>
              <w:t>calcetto</w:t>
            </w:r>
            <w:proofErr w:type="spellEnd"/>
          </w:p>
        </w:tc>
        <w:tc>
          <w:tcPr>
            <w:tcW w:w="2801" w:type="dxa"/>
            <w:vAlign w:val="center"/>
          </w:tcPr>
          <w:p w:rsidR="00E37EC8" w:rsidRDefault="00E37EC8">
            <w:pPr>
              <w:spacing w:after="20"/>
            </w:pPr>
            <w:r>
              <w:rPr>
                <w:sz w:val="18"/>
              </w:rPr>
              <w:t>Esperto: Gaetano Alfano</w:t>
            </w:r>
            <w:r>
              <w:rPr>
                <w:sz w:val="18"/>
              </w:rPr>
              <w:br/>
              <w:t>Tutor: Arianna Celoro</w:t>
            </w:r>
          </w:p>
        </w:tc>
      </w:tr>
      <w:tr w:rsidR="00E37EC8" w:rsidTr="00E37EC8">
        <w:trPr>
          <w:jc w:val="center"/>
        </w:trPr>
        <w:tc>
          <w:tcPr>
            <w:tcW w:w="2772" w:type="dxa"/>
            <w:vAlign w:val="center"/>
          </w:tcPr>
          <w:p w:rsidR="00E37EC8" w:rsidRDefault="00E37EC8">
            <w:pPr>
              <w:spacing w:after="20"/>
            </w:pPr>
            <w:proofErr w:type="spellStart"/>
            <w:r>
              <w:rPr>
                <w:sz w:val="18"/>
              </w:rPr>
              <w:t>Laboratorio</w:t>
            </w:r>
            <w:proofErr w:type="spellEnd"/>
            <w:r>
              <w:rPr>
                <w:sz w:val="18"/>
              </w:rPr>
              <w:t xml:space="preserve"> di </w:t>
            </w:r>
            <w:proofErr w:type="spellStart"/>
            <w:r>
              <w:rPr>
                <w:sz w:val="18"/>
              </w:rPr>
              <w:t>lettura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all’aria</w:t>
            </w:r>
            <w:proofErr w:type="spellEnd"/>
            <w:r>
              <w:rPr>
                <w:sz w:val="18"/>
              </w:rPr>
              <w:t xml:space="preserve"> aperta</w:t>
            </w:r>
          </w:p>
        </w:tc>
        <w:tc>
          <w:tcPr>
            <w:tcW w:w="1301" w:type="dxa"/>
          </w:tcPr>
          <w:p w:rsidR="00E37EC8" w:rsidRDefault="00E37EC8">
            <w:pPr>
              <w:spacing w:after="20"/>
              <w:rPr>
                <w:sz w:val="18"/>
              </w:rPr>
            </w:pPr>
            <w:r>
              <w:rPr>
                <w:sz w:val="18"/>
              </w:rPr>
              <w:t>19/10/2026</w:t>
            </w:r>
          </w:p>
        </w:tc>
        <w:tc>
          <w:tcPr>
            <w:tcW w:w="1418" w:type="dxa"/>
            <w:vAlign w:val="center"/>
          </w:tcPr>
          <w:p w:rsidR="00E37EC8" w:rsidRDefault="00E37EC8">
            <w:pPr>
              <w:spacing w:after="20"/>
            </w:pPr>
            <w:r>
              <w:rPr>
                <w:sz w:val="18"/>
              </w:rPr>
              <w:t>14:00–17:00</w:t>
            </w:r>
          </w:p>
        </w:tc>
        <w:tc>
          <w:tcPr>
            <w:tcW w:w="2292" w:type="dxa"/>
            <w:vAlign w:val="center"/>
          </w:tcPr>
          <w:p w:rsidR="00E37EC8" w:rsidRDefault="00E37EC8">
            <w:pPr>
              <w:spacing w:after="20"/>
            </w:pPr>
            <w:r>
              <w:rPr>
                <w:sz w:val="18"/>
              </w:rPr>
              <w:t>Biblioteca / spazio all’aperto</w:t>
            </w:r>
          </w:p>
        </w:tc>
        <w:tc>
          <w:tcPr>
            <w:tcW w:w="2801" w:type="dxa"/>
            <w:vAlign w:val="center"/>
          </w:tcPr>
          <w:p w:rsidR="00E37EC8" w:rsidRDefault="00E37EC8">
            <w:pPr>
              <w:spacing w:after="20"/>
            </w:pPr>
            <w:r>
              <w:rPr>
                <w:sz w:val="18"/>
              </w:rPr>
              <w:t>Esperta: Marisa Santopietro</w:t>
            </w:r>
            <w:r>
              <w:rPr>
                <w:sz w:val="18"/>
              </w:rPr>
              <w:br/>
              <w:t>Tutor: Romana Cuozzo</w:t>
            </w:r>
          </w:p>
        </w:tc>
      </w:tr>
      <w:tr w:rsidR="00E37EC8" w:rsidTr="00E37EC8">
        <w:trPr>
          <w:jc w:val="center"/>
        </w:trPr>
        <w:tc>
          <w:tcPr>
            <w:tcW w:w="2772" w:type="dxa"/>
            <w:vAlign w:val="center"/>
          </w:tcPr>
          <w:p w:rsidR="00E37EC8" w:rsidRDefault="00D60FD0">
            <w:pPr>
              <w:spacing w:after="20"/>
            </w:pPr>
            <w:proofErr w:type="spellStart"/>
            <w:r>
              <w:rPr>
                <w:sz w:val="18"/>
              </w:rPr>
              <w:t>Eipass</w:t>
            </w:r>
            <w:proofErr w:type="spellEnd"/>
          </w:p>
        </w:tc>
        <w:tc>
          <w:tcPr>
            <w:tcW w:w="1301" w:type="dxa"/>
          </w:tcPr>
          <w:p w:rsidR="00E37EC8" w:rsidRDefault="00E37EC8">
            <w:pPr>
              <w:spacing w:after="20"/>
              <w:rPr>
                <w:sz w:val="18"/>
              </w:rPr>
            </w:pPr>
            <w:r>
              <w:rPr>
                <w:sz w:val="18"/>
              </w:rPr>
              <w:t>19/10/2026</w:t>
            </w:r>
          </w:p>
        </w:tc>
        <w:tc>
          <w:tcPr>
            <w:tcW w:w="1418" w:type="dxa"/>
            <w:vAlign w:val="center"/>
          </w:tcPr>
          <w:p w:rsidR="00E37EC8" w:rsidRDefault="00E37EC8">
            <w:pPr>
              <w:spacing w:after="20"/>
            </w:pPr>
            <w:r>
              <w:rPr>
                <w:sz w:val="18"/>
              </w:rPr>
              <w:t>14:00–17:00</w:t>
            </w:r>
          </w:p>
        </w:tc>
        <w:tc>
          <w:tcPr>
            <w:tcW w:w="2292" w:type="dxa"/>
            <w:vAlign w:val="center"/>
          </w:tcPr>
          <w:p w:rsidR="00E37EC8" w:rsidRDefault="00E37EC8">
            <w:pPr>
              <w:spacing w:after="20"/>
            </w:pPr>
            <w:r>
              <w:rPr>
                <w:sz w:val="18"/>
              </w:rPr>
              <w:t>Laboratorio di Informatica</w:t>
            </w:r>
          </w:p>
        </w:tc>
        <w:tc>
          <w:tcPr>
            <w:tcW w:w="2801" w:type="dxa"/>
            <w:vAlign w:val="center"/>
          </w:tcPr>
          <w:p w:rsidR="00E37EC8" w:rsidRDefault="00E37EC8">
            <w:pPr>
              <w:spacing w:after="20"/>
            </w:pPr>
            <w:r>
              <w:rPr>
                <w:sz w:val="18"/>
              </w:rPr>
              <w:t>Esperto: Domenico Maione</w:t>
            </w:r>
            <w:r>
              <w:rPr>
                <w:sz w:val="18"/>
              </w:rPr>
              <w:br/>
              <w:t>Tutor: Sergio Compagnone</w:t>
            </w:r>
          </w:p>
        </w:tc>
      </w:tr>
      <w:tr w:rsidR="00E37EC8" w:rsidTr="00E37EC8">
        <w:trPr>
          <w:jc w:val="center"/>
        </w:trPr>
        <w:tc>
          <w:tcPr>
            <w:tcW w:w="2772" w:type="dxa"/>
            <w:vAlign w:val="center"/>
          </w:tcPr>
          <w:p w:rsidR="00E37EC8" w:rsidRPr="00E37EC8" w:rsidRDefault="00D60FD0" w:rsidP="00E37EC8">
            <w:pPr>
              <w:spacing w:after="20"/>
              <w:rPr>
                <w:rFonts w:ascii="Calibri" w:hAnsi="Calibri" w:cs="Calibri"/>
                <w:color w:val="000000"/>
                <w:sz w:val="22"/>
              </w:rPr>
            </w:pPr>
            <w:proofErr w:type="spellStart"/>
            <w:r w:rsidRPr="00E37EC8">
              <w:rPr>
                <w:sz w:val="18"/>
              </w:rPr>
              <w:t>L'orto</w:t>
            </w:r>
            <w:proofErr w:type="spellEnd"/>
            <w:r w:rsidRPr="00E37EC8">
              <w:rPr>
                <w:sz w:val="18"/>
              </w:rPr>
              <w:t xml:space="preserve"> A </w:t>
            </w:r>
            <w:proofErr w:type="spellStart"/>
            <w:r w:rsidRPr="00E37EC8">
              <w:rPr>
                <w:sz w:val="18"/>
              </w:rPr>
              <w:t>Scuola</w:t>
            </w:r>
            <w:proofErr w:type="spellEnd"/>
          </w:p>
        </w:tc>
        <w:tc>
          <w:tcPr>
            <w:tcW w:w="1301" w:type="dxa"/>
          </w:tcPr>
          <w:p w:rsidR="00E37EC8" w:rsidRDefault="00E37EC8" w:rsidP="00E37EC8">
            <w:pPr>
              <w:spacing w:after="20"/>
              <w:rPr>
                <w:sz w:val="18"/>
              </w:rPr>
            </w:pPr>
            <w:r>
              <w:rPr>
                <w:sz w:val="18"/>
              </w:rPr>
              <w:t>21</w:t>
            </w:r>
            <w:r>
              <w:rPr>
                <w:sz w:val="18"/>
              </w:rPr>
              <w:t>/10/2026</w:t>
            </w:r>
          </w:p>
        </w:tc>
        <w:tc>
          <w:tcPr>
            <w:tcW w:w="1418" w:type="dxa"/>
            <w:vAlign w:val="center"/>
          </w:tcPr>
          <w:p w:rsidR="00E37EC8" w:rsidRDefault="00E37EC8" w:rsidP="00E37EC8">
            <w:pPr>
              <w:spacing w:after="20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z w:val="18"/>
              </w:rPr>
              <w:t>5</w:t>
            </w:r>
            <w:r>
              <w:rPr>
                <w:sz w:val="18"/>
              </w:rPr>
              <w:t>:00–1</w:t>
            </w:r>
            <w:r>
              <w:rPr>
                <w:sz w:val="18"/>
              </w:rPr>
              <w:t>8</w:t>
            </w:r>
            <w:r>
              <w:rPr>
                <w:sz w:val="18"/>
              </w:rPr>
              <w:t>:00</w:t>
            </w:r>
          </w:p>
        </w:tc>
        <w:tc>
          <w:tcPr>
            <w:tcW w:w="2292" w:type="dxa"/>
            <w:vAlign w:val="center"/>
          </w:tcPr>
          <w:p w:rsidR="00E37EC8" w:rsidRDefault="00E37EC8" w:rsidP="00E37EC8">
            <w:pPr>
              <w:spacing w:after="20"/>
              <w:rPr>
                <w:sz w:val="18"/>
              </w:rPr>
            </w:pPr>
            <w:r>
              <w:rPr>
                <w:sz w:val="18"/>
              </w:rPr>
              <w:t xml:space="preserve">Sala </w:t>
            </w:r>
            <w:proofErr w:type="spellStart"/>
            <w:r>
              <w:rPr>
                <w:sz w:val="18"/>
              </w:rPr>
              <w:t>grande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orto</w:t>
            </w:r>
            <w:proofErr w:type="spellEnd"/>
          </w:p>
        </w:tc>
        <w:tc>
          <w:tcPr>
            <w:tcW w:w="2801" w:type="dxa"/>
            <w:vAlign w:val="center"/>
          </w:tcPr>
          <w:p w:rsidR="00E37EC8" w:rsidRDefault="00E37EC8" w:rsidP="00E37EC8">
            <w:pPr>
              <w:spacing w:after="20"/>
            </w:pPr>
            <w:proofErr w:type="spellStart"/>
            <w:r>
              <w:rPr>
                <w:sz w:val="18"/>
              </w:rPr>
              <w:t>Esperto</w:t>
            </w:r>
            <w:proofErr w:type="spellEnd"/>
            <w:r>
              <w:rPr>
                <w:sz w:val="18"/>
              </w:rPr>
              <w:t xml:space="preserve">: </w:t>
            </w:r>
            <w:r>
              <w:rPr>
                <w:sz w:val="18"/>
              </w:rPr>
              <w:t xml:space="preserve">Carmen </w:t>
            </w:r>
            <w:proofErr w:type="spellStart"/>
            <w:r>
              <w:rPr>
                <w:sz w:val="18"/>
              </w:rPr>
              <w:t>D’ambrosio</w:t>
            </w:r>
            <w:proofErr w:type="spellEnd"/>
            <w:r>
              <w:rPr>
                <w:sz w:val="18"/>
              </w:rPr>
              <w:br/>
              <w:t xml:space="preserve">Tutor: </w:t>
            </w:r>
            <w:r>
              <w:rPr>
                <w:sz w:val="18"/>
              </w:rPr>
              <w:t xml:space="preserve">Carlo </w:t>
            </w:r>
            <w:proofErr w:type="spellStart"/>
            <w:r>
              <w:rPr>
                <w:sz w:val="18"/>
              </w:rPr>
              <w:t>D’Acunzo</w:t>
            </w:r>
            <w:proofErr w:type="spellEnd"/>
          </w:p>
        </w:tc>
      </w:tr>
    </w:tbl>
    <w:p w:rsidR="008A585A" w:rsidRDefault="008A585A"/>
    <w:p w:rsidR="008A585A" w:rsidRDefault="00E37EC8" w:rsidP="00E37EC8">
      <w:pPr>
        <w:spacing w:after="0" w:line="240" w:lineRule="auto"/>
        <w:jc w:val="right"/>
        <w:rPr>
          <w:i/>
          <w:sz w:val="18"/>
        </w:rPr>
      </w:pPr>
      <w:r>
        <w:rPr>
          <w:i/>
          <w:sz w:val="18"/>
        </w:rPr>
        <w:t>Il</w:t>
      </w:r>
      <w:r w:rsidR="002C3177">
        <w:rPr>
          <w:i/>
          <w:sz w:val="18"/>
        </w:rPr>
        <w:t xml:space="preserve"> </w:t>
      </w:r>
      <w:proofErr w:type="spellStart"/>
      <w:r w:rsidR="002C3177">
        <w:rPr>
          <w:i/>
          <w:sz w:val="18"/>
        </w:rPr>
        <w:t>Dirigente</w:t>
      </w:r>
      <w:proofErr w:type="spellEnd"/>
      <w:r w:rsidR="002C3177">
        <w:rPr>
          <w:i/>
          <w:sz w:val="18"/>
        </w:rPr>
        <w:t xml:space="preserve"> </w:t>
      </w:r>
      <w:proofErr w:type="spellStart"/>
      <w:r w:rsidR="002C3177">
        <w:rPr>
          <w:i/>
          <w:sz w:val="18"/>
        </w:rPr>
        <w:t>Scolastic</w:t>
      </w:r>
      <w:r>
        <w:rPr>
          <w:i/>
          <w:sz w:val="18"/>
        </w:rPr>
        <w:t>o</w:t>
      </w:r>
      <w:proofErr w:type="spellEnd"/>
    </w:p>
    <w:p w:rsidR="00E37EC8" w:rsidRPr="00E37EC8" w:rsidRDefault="00E37EC8" w:rsidP="00E37EC8">
      <w:pPr>
        <w:spacing w:after="0" w:line="240" w:lineRule="auto"/>
        <w:jc w:val="right"/>
        <w:rPr>
          <w:i/>
          <w:sz w:val="18"/>
        </w:rPr>
      </w:pPr>
      <w:bookmarkStart w:id="0" w:name="_GoBack"/>
      <w:bookmarkEnd w:id="0"/>
      <w:r w:rsidRPr="00E37EC8">
        <w:rPr>
          <w:i/>
          <w:sz w:val="18"/>
        </w:rPr>
        <w:t xml:space="preserve">Prof. Luca </w:t>
      </w:r>
      <w:proofErr w:type="spellStart"/>
      <w:r w:rsidRPr="00E37EC8">
        <w:rPr>
          <w:i/>
          <w:sz w:val="18"/>
        </w:rPr>
        <w:t>Mattiocco</w:t>
      </w:r>
      <w:proofErr w:type="spellEnd"/>
    </w:p>
    <w:sectPr w:rsidR="00E37EC8" w:rsidRPr="00E37EC8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3177"/>
    <w:rsid w:val="00326F90"/>
    <w:rsid w:val="007D0331"/>
    <w:rsid w:val="008A585A"/>
    <w:rsid w:val="00AA1D8D"/>
    <w:rsid w:val="00B47730"/>
    <w:rsid w:val="00CB0664"/>
    <w:rsid w:val="00D60FD0"/>
    <w:rsid w:val="00E37E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B3EF28"/>
  <w14:defaultImageDpi w14:val="300"/>
  <w15:docId w15:val="{D4A2A98C-F9E8-4DD3-A84E-C10B089CC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88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E26486-5C93-4C99-B488-5E07E71FB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NICOLETTA CARFAGNA</cp:lastModifiedBy>
  <cp:revision>2</cp:revision>
  <dcterms:created xsi:type="dcterms:W3CDTF">2026-10-16T08:42:00Z</dcterms:created>
  <dcterms:modified xsi:type="dcterms:W3CDTF">2026-10-16T08:42:00Z</dcterms:modified>
  <cp:category/>
</cp:coreProperties>
</file>